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E6AB1" w14:textId="30144FD7" w:rsidR="00F438EE" w:rsidRDefault="00A20C9A" w:rsidP="00CF039A">
      <w:pPr>
        <w:pStyle w:val="Title"/>
      </w:pPr>
      <w:r w:rsidRPr="00AB5A39">
        <w:t>AWS CI/CD Pipeline with Security Best Practices: Node.js Application Using GitHu</w:t>
      </w:r>
      <w:r w:rsidR="00CF039A">
        <w:t>b</w:t>
      </w:r>
    </w:p>
    <w:p w14:paraId="3EE1BFF0" w14:textId="5697FF6E" w:rsidR="00C07634" w:rsidRPr="00C07634" w:rsidRDefault="00C07634" w:rsidP="00C07634">
      <w:pPr>
        <w:rPr>
          <w:rFonts w:asciiTheme="majorHAnsi" w:eastAsiaTheme="majorEastAsia" w:hAnsiTheme="majorHAnsi" w:cstheme="majorBidi"/>
          <w:i/>
          <w:iCs/>
          <w:color w:val="365F91" w:themeColor="accent1" w:themeShade="BF"/>
          <w:spacing w:val="-7"/>
          <w:sz w:val="40"/>
          <w:szCs w:val="40"/>
        </w:rPr>
      </w:pPr>
      <w:r w:rsidRPr="00C07634">
        <w:rPr>
          <w:rFonts w:asciiTheme="majorHAnsi" w:eastAsiaTheme="majorEastAsia" w:hAnsiTheme="majorHAnsi" w:cstheme="majorBidi"/>
          <w:i/>
          <w:iCs/>
          <w:color w:val="365F91" w:themeColor="accent1" w:themeShade="BF"/>
          <w:spacing w:val="-7"/>
          <w:sz w:val="40"/>
          <w:szCs w:val="40"/>
        </w:rPr>
        <w:t>Author: Tatenda Manyepa</w:t>
      </w:r>
    </w:p>
    <w:p w14:paraId="048468B8" w14:textId="63A49B2F" w:rsidR="00F438EE" w:rsidRPr="003046DC" w:rsidRDefault="003046DC" w:rsidP="003046DC">
      <w:pPr>
        <w:pStyle w:val="Heading1"/>
        <w:rPr>
          <w:sz w:val="36"/>
          <w:szCs w:val="36"/>
        </w:rPr>
      </w:pPr>
      <w:bookmarkStart w:id="0" w:name="_Toc192867412"/>
      <w:r w:rsidRPr="003046DC">
        <w:rPr>
          <w:sz w:val="36"/>
          <w:szCs w:val="36"/>
        </w:rPr>
        <w:t>Step-by-Step Implementation</w:t>
      </w:r>
      <w:bookmarkEnd w:id="0"/>
    </w:p>
    <w:sdt>
      <w:sdtPr>
        <w:rPr>
          <w:rFonts w:asciiTheme="minorHAnsi" w:eastAsiaTheme="minorEastAsia" w:hAnsiTheme="minorHAnsi" w:cstheme="minorBidi"/>
          <w:b w:val="0"/>
          <w:bCs w:val="0"/>
          <w:color w:val="auto"/>
          <w:sz w:val="22"/>
          <w:szCs w:val="22"/>
        </w:rPr>
        <w:id w:val="377280690"/>
        <w:docPartObj>
          <w:docPartGallery w:val="Table of Contents"/>
          <w:docPartUnique/>
        </w:docPartObj>
      </w:sdtPr>
      <w:sdtEndPr>
        <w:rPr>
          <w:noProof/>
        </w:rPr>
      </w:sdtEndPr>
      <w:sdtContent>
        <w:p w14:paraId="4F188ECD" w14:textId="39479C26" w:rsidR="00CF039A" w:rsidRDefault="00CF039A">
          <w:pPr>
            <w:pStyle w:val="TOCHeading"/>
          </w:pPr>
          <w:r>
            <w:t>Table of Contents</w:t>
          </w:r>
        </w:p>
        <w:p w14:paraId="19A26D96" w14:textId="55A7ED94" w:rsidR="008F2B6C" w:rsidRDefault="00CF039A">
          <w:pPr>
            <w:pStyle w:val="TOC1"/>
            <w:tabs>
              <w:tab w:val="right" w:leader="dot" w:pos="8630"/>
            </w:tabs>
            <w:rPr>
              <w:noProof/>
              <w:kern w:val="2"/>
              <w:sz w:val="24"/>
              <w:szCs w:val="24"/>
              <w:lang w:val="en-GB" w:eastAsia="en-GB"/>
              <w14:ligatures w14:val="standardContextual"/>
            </w:rPr>
          </w:pPr>
          <w:r>
            <w:fldChar w:fldCharType="begin"/>
          </w:r>
          <w:r>
            <w:instrText xml:space="preserve"> TOC \o "1-3" \h \z \u </w:instrText>
          </w:r>
          <w:r>
            <w:fldChar w:fldCharType="separate"/>
          </w:r>
          <w:hyperlink w:anchor="_Toc192867412" w:history="1">
            <w:r w:rsidR="008F2B6C" w:rsidRPr="002463F8">
              <w:rPr>
                <w:rStyle w:val="Hyperlink"/>
                <w:noProof/>
              </w:rPr>
              <w:t>Step-by-Step Implementation</w:t>
            </w:r>
            <w:r w:rsidR="008F2B6C">
              <w:rPr>
                <w:noProof/>
                <w:webHidden/>
              </w:rPr>
              <w:tab/>
            </w:r>
            <w:r w:rsidR="008F2B6C">
              <w:rPr>
                <w:noProof/>
                <w:webHidden/>
              </w:rPr>
              <w:fldChar w:fldCharType="begin"/>
            </w:r>
            <w:r w:rsidR="008F2B6C">
              <w:rPr>
                <w:noProof/>
                <w:webHidden/>
              </w:rPr>
              <w:instrText xml:space="preserve"> PAGEREF _Toc192867412 \h </w:instrText>
            </w:r>
            <w:r w:rsidR="008F2B6C">
              <w:rPr>
                <w:noProof/>
                <w:webHidden/>
              </w:rPr>
            </w:r>
            <w:r w:rsidR="008F2B6C">
              <w:rPr>
                <w:noProof/>
                <w:webHidden/>
              </w:rPr>
              <w:fldChar w:fldCharType="separate"/>
            </w:r>
            <w:r w:rsidR="008F2B6C">
              <w:rPr>
                <w:noProof/>
                <w:webHidden/>
              </w:rPr>
              <w:t>1</w:t>
            </w:r>
            <w:r w:rsidR="008F2B6C">
              <w:rPr>
                <w:noProof/>
                <w:webHidden/>
              </w:rPr>
              <w:fldChar w:fldCharType="end"/>
            </w:r>
          </w:hyperlink>
        </w:p>
        <w:p w14:paraId="0752D3A2" w14:textId="513BFBF3" w:rsidR="008F2B6C" w:rsidRDefault="008F2B6C">
          <w:pPr>
            <w:pStyle w:val="TOC2"/>
            <w:tabs>
              <w:tab w:val="right" w:leader="dot" w:pos="8630"/>
            </w:tabs>
            <w:rPr>
              <w:noProof/>
              <w:kern w:val="2"/>
              <w:sz w:val="24"/>
              <w:szCs w:val="24"/>
              <w:lang w:val="en-GB" w:eastAsia="en-GB"/>
              <w14:ligatures w14:val="standardContextual"/>
            </w:rPr>
          </w:pPr>
          <w:hyperlink w:anchor="_Toc192867413" w:history="1">
            <w:r w:rsidRPr="002463F8">
              <w:rPr>
                <w:rStyle w:val="Hyperlink"/>
                <w:noProof/>
              </w:rPr>
              <w:t>Step 1: Set Up AWS IAM Roles and Permissions</w:t>
            </w:r>
            <w:r>
              <w:rPr>
                <w:noProof/>
                <w:webHidden/>
              </w:rPr>
              <w:tab/>
            </w:r>
            <w:r>
              <w:rPr>
                <w:noProof/>
                <w:webHidden/>
              </w:rPr>
              <w:fldChar w:fldCharType="begin"/>
            </w:r>
            <w:r>
              <w:rPr>
                <w:noProof/>
                <w:webHidden/>
              </w:rPr>
              <w:instrText xml:space="preserve"> PAGEREF _Toc192867413 \h </w:instrText>
            </w:r>
            <w:r>
              <w:rPr>
                <w:noProof/>
                <w:webHidden/>
              </w:rPr>
            </w:r>
            <w:r>
              <w:rPr>
                <w:noProof/>
                <w:webHidden/>
              </w:rPr>
              <w:fldChar w:fldCharType="separate"/>
            </w:r>
            <w:r>
              <w:rPr>
                <w:noProof/>
                <w:webHidden/>
              </w:rPr>
              <w:t>2</w:t>
            </w:r>
            <w:r>
              <w:rPr>
                <w:noProof/>
                <w:webHidden/>
              </w:rPr>
              <w:fldChar w:fldCharType="end"/>
            </w:r>
          </w:hyperlink>
        </w:p>
        <w:p w14:paraId="0F8DB3EA" w14:textId="0ED6F845" w:rsidR="008F2B6C" w:rsidRDefault="008F2B6C">
          <w:pPr>
            <w:pStyle w:val="TOC2"/>
            <w:tabs>
              <w:tab w:val="right" w:leader="dot" w:pos="8630"/>
            </w:tabs>
            <w:rPr>
              <w:noProof/>
              <w:kern w:val="2"/>
              <w:sz w:val="24"/>
              <w:szCs w:val="24"/>
              <w:lang w:val="en-GB" w:eastAsia="en-GB"/>
              <w14:ligatures w14:val="standardContextual"/>
            </w:rPr>
          </w:pPr>
          <w:hyperlink w:anchor="_Toc192867414" w:history="1">
            <w:r w:rsidRPr="002463F8">
              <w:rPr>
                <w:rStyle w:val="Hyperlink"/>
                <w:noProof/>
              </w:rPr>
              <w:t>Step 2: Configure Source Control Using GitHub</w:t>
            </w:r>
            <w:r>
              <w:rPr>
                <w:noProof/>
                <w:webHidden/>
              </w:rPr>
              <w:tab/>
            </w:r>
            <w:r>
              <w:rPr>
                <w:noProof/>
                <w:webHidden/>
              </w:rPr>
              <w:fldChar w:fldCharType="begin"/>
            </w:r>
            <w:r>
              <w:rPr>
                <w:noProof/>
                <w:webHidden/>
              </w:rPr>
              <w:instrText xml:space="preserve"> PAGEREF _Toc192867414 \h </w:instrText>
            </w:r>
            <w:r>
              <w:rPr>
                <w:noProof/>
                <w:webHidden/>
              </w:rPr>
            </w:r>
            <w:r>
              <w:rPr>
                <w:noProof/>
                <w:webHidden/>
              </w:rPr>
              <w:fldChar w:fldCharType="separate"/>
            </w:r>
            <w:r>
              <w:rPr>
                <w:noProof/>
                <w:webHidden/>
              </w:rPr>
              <w:t>6</w:t>
            </w:r>
            <w:r>
              <w:rPr>
                <w:noProof/>
                <w:webHidden/>
              </w:rPr>
              <w:fldChar w:fldCharType="end"/>
            </w:r>
          </w:hyperlink>
        </w:p>
        <w:p w14:paraId="4A3BC51D" w14:textId="4E060C1D" w:rsidR="008F2B6C" w:rsidRDefault="008F2B6C">
          <w:pPr>
            <w:pStyle w:val="TOC2"/>
            <w:tabs>
              <w:tab w:val="right" w:leader="dot" w:pos="8630"/>
            </w:tabs>
            <w:rPr>
              <w:noProof/>
              <w:kern w:val="2"/>
              <w:sz w:val="24"/>
              <w:szCs w:val="24"/>
              <w:lang w:val="en-GB" w:eastAsia="en-GB"/>
              <w14:ligatures w14:val="standardContextual"/>
            </w:rPr>
          </w:pPr>
          <w:hyperlink w:anchor="_Toc192867415" w:history="1">
            <w:r w:rsidRPr="002463F8">
              <w:rPr>
                <w:rStyle w:val="Hyperlink"/>
                <w:noProof/>
              </w:rPr>
              <w:t>Step 3: Configure the Deploy Stage in AWS CodePipeline</w:t>
            </w:r>
            <w:r>
              <w:rPr>
                <w:noProof/>
                <w:webHidden/>
              </w:rPr>
              <w:tab/>
            </w:r>
            <w:r>
              <w:rPr>
                <w:noProof/>
                <w:webHidden/>
              </w:rPr>
              <w:fldChar w:fldCharType="begin"/>
            </w:r>
            <w:r>
              <w:rPr>
                <w:noProof/>
                <w:webHidden/>
              </w:rPr>
              <w:instrText xml:space="preserve"> PAGEREF _Toc192867415 \h </w:instrText>
            </w:r>
            <w:r>
              <w:rPr>
                <w:noProof/>
                <w:webHidden/>
              </w:rPr>
            </w:r>
            <w:r>
              <w:rPr>
                <w:noProof/>
                <w:webHidden/>
              </w:rPr>
              <w:fldChar w:fldCharType="separate"/>
            </w:r>
            <w:r>
              <w:rPr>
                <w:noProof/>
                <w:webHidden/>
              </w:rPr>
              <w:t>7</w:t>
            </w:r>
            <w:r>
              <w:rPr>
                <w:noProof/>
                <w:webHidden/>
              </w:rPr>
              <w:fldChar w:fldCharType="end"/>
            </w:r>
          </w:hyperlink>
        </w:p>
        <w:p w14:paraId="7205D0B5" w14:textId="0233BB84" w:rsidR="008F2B6C" w:rsidRDefault="008F2B6C">
          <w:pPr>
            <w:pStyle w:val="TOC2"/>
            <w:tabs>
              <w:tab w:val="right" w:leader="dot" w:pos="8630"/>
            </w:tabs>
            <w:rPr>
              <w:noProof/>
              <w:kern w:val="2"/>
              <w:sz w:val="24"/>
              <w:szCs w:val="24"/>
              <w:lang w:val="en-GB" w:eastAsia="en-GB"/>
              <w14:ligatures w14:val="standardContextual"/>
            </w:rPr>
          </w:pPr>
          <w:hyperlink w:anchor="_Toc192867416" w:history="1">
            <w:r w:rsidRPr="002463F8">
              <w:rPr>
                <w:rStyle w:val="Hyperlink"/>
                <w:rFonts w:cstheme="majorHAnsi"/>
                <w:noProof/>
                <w:lang w:val="en-GB" w:eastAsia="en-GB"/>
              </w:rPr>
              <w:t>Step 4: Create an S3 Bucket for Your Application Art</w:t>
            </w:r>
            <w:r w:rsidR="000331ED">
              <w:rPr>
                <w:rStyle w:val="Hyperlink"/>
                <w:rFonts w:cstheme="majorHAnsi"/>
                <w:noProof/>
                <w:lang w:val="en-GB" w:eastAsia="en-GB"/>
              </w:rPr>
              <w:t>e</w:t>
            </w:r>
            <w:r w:rsidRPr="002463F8">
              <w:rPr>
                <w:rStyle w:val="Hyperlink"/>
                <w:rFonts w:cstheme="majorHAnsi"/>
                <w:noProof/>
                <w:lang w:val="en-GB" w:eastAsia="en-GB"/>
              </w:rPr>
              <w:t>facts</w:t>
            </w:r>
            <w:r>
              <w:rPr>
                <w:noProof/>
                <w:webHidden/>
              </w:rPr>
              <w:tab/>
            </w:r>
            <w:r>
              <w:rPr>
                <w:noProof/>
                <w:webHidden/>
              </w:rPr>
              <w:fldChar w:fldCharType="begin"/>
            </w:r>
            <w:r>
              <w:rPr>
                <w:noProof/>
                <w:webHidden/>
              </w:rPr>
              <w:instrText xml:space="preserve"> PAGEREF _Toc192867416 \h </w:instrText>
            </w:r>
            <w:r>
              <w:rPr>
                <w:noProof/>
                <w:webHidden/>
              </w:rPr>
            </w:r>
            <w:r>
              <w:rPr>
                <w:noProof/>
                <w:webHidden/>
              </w:rPr>
              <w:fldChar w:fldCharType="separate"/>
            </w:r>
            <w:r>
              <w:rPr>
                <w:noProof/>
                <w:webHidden/>
              </w:rPr>
              <w:t>9</w:t>
            </w:r>
            <w:r>
              <w:rPr>
                <w:noProof/>
                <w:webHidden/>
              </w:rPr>
              <w:fldChar w:fldCharType="end"/>
            </w:r>
          </w:hyperlink>
        </w:p>
        <w:p w14:paraId="6424B486" w14:textId="5B3C981B" w:rsidR="008F2B6C" w:rsidRDefault="008F2B6C">
          <w:pPr>
            <w:pStyle w:val="TOC2"/>
            <w:tabs>
              <w:tab w:val="right" w:leader="dot" w:pos="8630"/>
            </w:tabs>
            <w:rPr>
              <w:noProof/>
              <w:kern w:val="2"/>
              <w:sz w:val="24"/>
              <w:szCs w:val="24"/>
              <w:lang w:val="en-GB" w:eastAsia="en-GB"/>
              <w14:ligatures w14:val="standardContextual"/>
            </w:rPr>
          </w:pPr>
          <w:hyperlink w:anchor="_Toc192867417" w:history="1">
            <w:r w:rsidRPr="002463F8">
              <w:rPr>
                <w:rStyle w:val="Hyperlink"/>
                <w:rFonts w:cstheme="majorHAnsi"/>
                <w:noProof/>
                <w:lang w:val="en-GB" w:eastAsia="en-GB"/>
              </w:rPr>
              <w:t>Step 5: Configure CodePipeline Stages</w:t>
            </w:r>
            <w:r>
              <w:rPr>
                <w:noProof/>
                <w:webHidden/>
              </w:rPr>
              <w:tab/>
            </w:r>
            <w:r>
              <w:rPr>
                <w:noProof/>
                <w:webHidden/>
              </w:rPr>
              <w:fldChar w:fldCharType="begin"/>
            </w:r>
            <w:r>
              <w:rPr>
                <w:noProof/>
                <w:webHidden/>
              </w:rPr>
              <w:instrText xml:space="preserve"> PAGEREF _Toc192867417 \h </w:instrText>
            </w:r>
            <w:r>
              <w:rPr>
                <w:noProof/>
                <w:webHidden/>
              </w:rPr>
            </w:r>
            <w:r>
              <w:rPr>
                <w:noProof/>
                <w:webHidden/>
              </w:rPr>
              <w:fldChar w:fldCharType="separate"/>
            </w:r>
            <w:r>
              <w:rPr>
                <w:noProof/>
                <w:webHidden/>
              </w:rPr>
              <w:t>10</w:t>
            </w:r>
            <w:r>
              <w:rPr>
                <w:noProof/>
                <w:webHidden/>
              </w:rPr>
              <w:fldChar w:fldCharType="end"/>
            </w:r>
          </w:hyperlink>
        </w:p>
        <w:p w14:paraId="6F2E73C9" w14:textId="2852167E" w:rsidR="008F2B6C" w:rsidRDefault="008F2B6C">
          <w:pPr>
            <w:pStyle w:val="TOC2"/>
            <w:tabs>
              <w:tab w:val="right" w:leader="dot" w:pos="8630"/>
            </w:tabs>
            <w:rPr>
              <w:noProof/>
              <w:kern w:val="2"/>
              <w:sz w:val="24"/>
              <w:szCs w:val="24"/>
              <w:lang w:val="en-GB" w:eastAsia="en-GB"/>
              <w14:ligatures w14:val="standardContextual"/>
            </w:rPr>
          </w:pPr>
          <w:hyperlink w:anchor="_Toc192867418" w:history="1">
            <w:r w:rsidRPr="002463F8">
              <w:rPr>
                <w:rStyle w:val="Hyperlink"/>
                <w:rFonts w:cstheme="majorHAnsi"/>
                <w:noProof/>
              </w:rPr>
              <w:t>Step 6: Create A CodeBuild Project</w:t>
            </w:r>
            <w:r>
              <w:rPr>
                <w:noProof/>
                <w:webHidden/>
              </w:rPr>
              <w:tab/>
            </w:r>
            <w:r>
              <w:rPr>
                <w:noProof/>
                <w:webHidden/>
              </w:rPr>
              <w:fldChar w:fldCharType="begin"/>
            </w:r>
            <w:r>
              <w:rPr>
                <w:noProof/>
                <w:webHidden/>
              </w:rPr>
              <w:instrText xml:space="preserve"> PAGEREF _Toc192867418 \h </w:instrText>
            </w:r>
            <w:r>
              <w:rPr>
                <w:noProof/>
                <w:webHidden/>
              </w:rPr>
            </w:r>
            <w:r>
              <w:rPr>
                <w:noProof/>
                <w:webHidden/>
              </w:rPr>
              <w:fldChar w:fldCharType="separate"/>
            </w:r>
            <w:r>
              <w:rPr>
                <w:noProof/>
                <w:webHidden/>
              </w:rPr>
              <w:t>11</w:t>
            </w:r>
            <w:r>
              <w:rPr>
                <w:noProof/>
                <w:webHidden/>
              </w:rPr>
              <w:fldChar w:fldCharType="end"/>
            </w:r>
          </w:hyperlink>
        </w:p>
        <w:p w14:paraId="641CD091" w14:textId="3FB57A68" w:rsidR="008F2B6C" w:rsidRDefault="008F2B6C">
          <w:pPr>
            <w:pStyle w:val="TOC2"/>
            <w:tabs>
              <w:tab w:val="right" w:leader="dot" w:pos="8630"/>
            </w:tabs>
            <w:rPr>
              <w:noProof/>
              <w:kern w:val="2"/>
              <w:sz w:val="24"/>
              <w:szCs w:val="24"/>
              <w:lang w:val="en-GB" w:eastAsia="en-GB"/>
              <w14:ligatures w14:val="standardContextual"/>
            </w:rPr>
          </w:pPr>
          <w:hyperlink w:anchor="_Toc192867419" w:history="1">
            <w:r w:rsidRPr="002463F8">
              <w:rPr>
                <w:rStyle w:val="Hyperlink"/>
                <w:noProof/>
                <w:lang w:val="en-GB"/>
              </w:rPr>
              <w:t xml:space="preserve">Step 7: </w:t>
            </w:r>
            <w:r w:rsidRPr="002463F8">
              <w:rPr>
                <w:rStyle w:val="Hyperlink"/>
                <w:noProof/>
              </w:rPr>
              <w:t>Link the CodeBuild Project to CodePipeline</w:t>
            </w:r>
            <w:r>
              <w:rPr>
                <w:noProof/>
                <w:webHidden/>
              </w:rPr>
              <w:tab/>
            </w:r>
            <w:r>
              <w:rPr>
                <w:noProof/>
                <w:webHidden/>
              </w:rPr>
              <w:fldChar w:fldCharType="begin"/>
            </w:r>
            <w:r>
              <w:rPr>
                <w:noProof/>
                <w:webHidden/>
              </w:rPr>
              <w:instrText xml:space="preserve"> PAGEREF _Toc192867419 \h </w:instrText>
            </w:r>
            <w:r>
              <w:rPr>
                <w:noProof/>
                <w:webHidden/>
              </w:rPr>
            </w:r>
            <w:r>
              <w:rPr>
                <w:noProof/>
                <w:webHidden/>
              </w:rPr>
              <w:fldChar w:fldCharType="separate"/>
            </w:r>
            <w:r>
              <w:rPr>
                <w:noProof/>
                <w:webHidden/>
              </w:rPr>
              <w:t>12</w:t>
            </w:r>
            <w:r>
              <w:rPr>
                <w:noProof/>
                <w:webHidden/>
              </w:rPr>
              <w:fldChar w:fldCharType="end"/>
            </w:r>
          </w:hyperlink>
        </w:p>
        <w:p w14:paraId="407A2FE7" w14:textId="0A2D2A14" w:rsidR="008F2B6C" w:rsidRDefault="008F2B6C">
          <w:pPr>
            <w:pStyle w:val="TOC2"/>
            <w:tabs>
              <w:tab w:val="right" w:leader="dot" w:pos="8630"/>
            </w:tabs>
            <w:rPr>
              <w:noProof/>
              <w:kern w:val="2"/>
              <w:sz w:val="24"/>
              <w:szCs w:val="24"/>
              <w:lang w:val="en-GB" w:eastAsia="en-GB"/>
              <w14:ligatures w14:val="standardContextual"/>
            </w:rPr>
          </w:pPr>
          <w:hyperlink w:anchor="_Toc192867420" w:history="1">
            <w:r w:rsidRPr="002463F8">
              <w:rPr>
                <w:rStyle w:val="Hyperlink"/>
                <w:noProof/>
              </w:rPr>
              <w:t>Step 8: Build the Node.js Application</w:t>
            </w:r>
            <w:r>
              <w:rPr>
                <w:noProof/>
                <w:webHidden/>
              </w:rPr>
              <w:tab/>
            </w:r>
            <w:r>
              <w:rPr>
                <w:noProof/>
                <w:webHidden/>
              </w:rPr>
              <w:fldChar w:fldCharType="begin"/>
            </w:r>
            <w:r>
              <w:rPr>
                <w:noProof/>
                <w:webHidden/>
              </w:rPr>
              <w:instrText xml:space="preserve"> PAGEREF _Toc192867420 \h </w:instrText>
            </w:r>
            <w:r>
              <w:rPr>
                <w:noProof/>
                <w:webHidden/>
              </w:rPr>
            </w:r>
            <w:r>
              <w:rPr>
                <w:noProof/>
                <w:webHidden/>
              </w:rPr>
              <w:fldChar w:fldCharType="separate"/>
            </w:r>
            <w:r>
              <w:rPr>
                <w:noProof/>
                <w:webHidden/>
              </w:rPr>
              <w:t>14</w:t>
            </w:r>
            <w:r>
              <w:rPr>
                <w:noProof/>
                <w:webHidden/>
              </w:rPr>
              <w:fldChar w:fldCharType="end"/>
            </w:r>
          </w:hyperlink>
        </w:p>
        <w:p w14:paraId="2A8C99F8" w14:textId="6190E4CD" w:rsidR="008F2B6C" w:rsidRDefault="008F2B6C">
          <w:pPr>
            <w:pStyle w:val="TOC2"/>
            <w:tabs>
              <w:tab w:val="right" w:leader="dot" w:pos="8630"/>
            </w:tabs>
            <w:rPr>
              <w:noProof/>
              <w:kern w:val="2"/>
              <w:sz w:val="24"/>
              <w:szCs w:val="24"/>
              <w:lang w:val="en-GB" w:eastAsia="en-GB"/>
              <w14:ligatures w14:val="standardContextual"/>
            </w:rPr>
          </w:pPr>
          <w:hyperlink w:anchor="_Toc192867421" w:history="1">
            <w:r w:rsidRPr="002463F8">
              <w:rPr>
                <w:rStyle w:val="Hyperlink"/>
                <w:noProof/>
              </w:rPr>
              <w:t>Step 9: To Automate AWS CodePipeline Deployment</w:t>
            </w:r>
            <w:r>
              <w:rPr>
                <w:noProof/>
                <w:webHidden/>
              </w:rPr>
              <w:tab/>
            </w:r>
            <w:r>
              <w:rPr>
                <w:noProof/>
                <w:webHidden/>
              </w:rPr>
              <w:fldChar w:fldCharType="begin"/>
            </w:r>
            <w:r>
              <w:rPr>
                <w:noProof/>
                <w:webHidden/>
              </w:rPr>
              <w:instrText xml:space="preserve"> PAGEREF _Toc192867421 \h </w:instrText>
            </w:r>
            <w:r>
              <w:rPr>
                <w:noProof/>
                <w:webHidden/>
              </w:rPr>
            </w:r>
            <w:r>
              <w:rPr>
                <w:noProof/>
                <w:webHidden/>
              </w:rPr>
              <w:fldChar w:fldCharType="separate"/>
            </w:r>
            <w:r>
              <w:rPr>
                <w:noProof/>
                <w:webHidden/>
              </w:rPr>
              <w:t>15</w:t>
            </w:r>
            <w:r>
              <w:rPr>
                <w:noProof/>
                <w:webHidden/>
              </w:rPr>
              <w:fldChar w:fldCharType="end"/>
            </w:r>
          </w:hyperlink>
        </w:p>
        <w:p w14:paraId="6EFB8BE5" w14:textId="4E5124D2" w:rsidR="008F2B6C" w:rsidRDefault="008F2B6C">
          <w:pPr>
            <w:pStyle w:val="TOC3"/>
            <w:tabs>
              <w:tab w:val="right" w:leader="dot" w:pos="8630"/>
            </w:tabs>
            <w:rPr>
              <w:noProof/>
              <w:kern w:val="2"/>
              <w:sz w:val="24"/>
              <w:szCs w:val="24"/>
              <w:lang w:val="en-GB" w:eastAsia="en-GB"/>
              <w14:ligatures w14:val="standardContextual"/>
            </w:rPr>
          </w:pPr>
          <w:hyperlink w:anchor="_Toc192867422" w:history="1">
            <w:r w:rsidRPr="002463F8">
              <w:rPr>
                <w:rStyle w:val="Hyperlink"/>
                <w:noProof/>
              </w:rPr>
              <w:t>Successful deployment: The Application</w:t>
            </w:r>
            <w:r>
              <w:rPr>
                <w:noProof/>
                <w:webHidden/>
              </w:rPr>
              <w:tab/>
            </w:r>
            <w:r>
              <w:rPr>
                <w:noProof/>
                <w:webHidden/>
              </w:rPr>
              <w:fldChar w:fldCharType="begin"/>
            </w:r>
            <w:r>
              <w:rPr>
                <w:noProof/>
                <w:webHidden/>
              </w:rPr>
              <w:instrText xml:space="preserve"> PAGEREF _Toc192867422 \h </w:instrText>
            </w:r>
            <w:r>
              <w:rPr>
                <w:noProof/>
                <w:webHidden/>
              </w:rPr>
            </w:r>
            <w:r>
              <w:rPr>
                <w:noProof/>
                <w:webHidden/>
              </w:rPr>
              <w:fldChar w:fldCharType="separate"/>
            </w:r>
            <w:r>
              <w:rPr>
                <w:noProof/>
                <w:webHidden/>
              </w:rPr>
              <w:t>17</w:t>
            </w:r>
            <w:r>
              <w:rPr>
                <w:noProof/>
                <w:webHidden/>
              </w:rPr>
              <w:fldChar w:fldCharType="end"/>
            </w:r>
          </w:hyperlink>
        </w:p>
        <w:p w14:paraId="4332B100" w14:textId="24606C5F" w:rsidR="008F2B6C" w:rsidRDefault="008F2B6C">
          <w:pPr>
            <w:pStyle w:val="TOC2"/>
            <w:tabs>
              <w:tab w:val="right" w:leader="dot" w:pos="8630"/>
            </w:tabs>
            <w:rPr>
              <w:noProof/>
              <w:kern w:val="2"/>
              <w:sz w:val="24"/>
              <w:szCs w:val="24"/>
              <w:lang w:val="en-GB" w:eastAsia="en-GB"/>
              <w14:ligatures w14:val="standardContextual"/>
            </w:rPr>
          </w:pPr>
          <w:hyperlink w:anchor="_Toc192867423" w:history="1">
            <w:r w:rsidRPr="002463F8">
              <w:rPr>
                <w:rStyle w:val="Hyperlink"/>
                <w:noProof/>
                <w:lang w:val="en-GB" w:eastAsia="en-GB"/>
              </w:rPr>
              <w:t>Step 7: Trigger and Monitor Deployments</w:t>
            </w:r>
            <w:r>
              <w:rPr>
                <w:noProof/>
                <w:webHidden/>
              </w:rPr>
              <w:tab/>
            </w:r>
            <w:r>
              <w:rPr>
                <w:noProof/>
                <w:webHidden/>
              </w:rPr>
              <w:fldChar w:fldCharType="begin"/>
            </w:r>
            <w:r>
              <w:rPr>
                <w:noProof/>
                <w:webHidden/>
              </w:rPr>
              <w:instrText xml:space="preserve"> PAGEREF _Toc192867423 \h </w:instrText>
            </w:r>
            <w:r>
              <w:rPr>
                <w:noProof/>
                <w:webHidden/>
              </w:rPr>
            </w:r>
            <w:r>
              <w:rPr>
                <w:noProof/>
                <w:webHidden/>
              </w:rPr>
              <w:fldChar w:fldCharType="separate"/>
            </w:r>
            <w:r>
              <w:rPr>
                <w:noProof/>
                <w:webHidden/>
              </w:rPr>
              <w:t>17</w:t>
            </w:r>
            <w:r>
              <w:rPr>
                <w:noProof/>
                <w:webHidden/>
              </w:rPr>
              <w:fldChar w:fldCharType="end"/>
            </w:r>
          </w:hyperlink>
        </w:p>
        <w:p w14:paraId="0ABD1A8E" w14:textId="6CA1975C" w:rsidR="008F2B6C" w:rsidRDefault="008F2B6C">
          <w:pPr>
            <w:pStyle w:val="TOC3"/>
            <w:tabs>
              <w:tab w:val="right" w:leader="dot" w:pos="8630"/>
            </w:tabs>
            <w:rPr>
              <w:noProof/>
              <w:kern w:val="2"/>
              <w:sz w:val="24"/>
              <w:szCs w:val="24"/>
              <w:lang w:val="en-GB" w:eastAsia="en-GB"/>
              <w14:ligatures w14:val="standardContextual"/>
            </w:rPr>
          </w:pPr>
          <w:hyperlink w:anchor="_Toc192867424" w:history="1">
            <w:r w:rsidRPr="002463F8">
              <w:rPr>
                <w:rStyle w:val="Hyperlink"/>
                <w:noProof/>
                <w:lang w:val="en-GB" w:eastAsia="en-GB"/>
              </w:rPr>
              <w:t>To Monitor the  Execution:</w:t>
            </w:r>
            <w:r>
              <w:rPr>
                <w:noProof/>
                <w:webHidden/>
              </w:rPr>
              <w:tab/>
            </w:r>
            <w:r>
              <w:rPr>
                <w:noProof/>
                <w:webHidden/>
              </w:rPr>
              <w:fldChar w:fldCharType="begin"/>
            </w:r>
            <w:r>
              <w:rPr>
                <w:noProof/>
                <w:webHidden/>
              </w:rPr>
              <w:instrText xml:space="preserve"> PAGEREF _Toc192867424 \h </w:instrText>
            </w:r>
            <w:r>
              <w:rPr>
                <w:noProof/>
                <w:webHidden/>
              </w:rPr>
            </w:r>
            <w:r>
              <w:rPr>
                <w:noProof/>
                <w:webHidden/>
              </w:rPr>
              <w:fldChar w:fldCharType="separate"/>
            </w:r>
            <w:r>
              <w:rPr>
                <w:noProof/>
                <w:webHidden/>
              </w:rPr>
              <w:t>18</w:t>
            </w:r>
            <w:r>
              <w:rPr>
                <w:noProof/>
                <w:webHidden/>
              </w:rPr>
              <w:fldChar w:fldCharType="end"/>
            </w:r>
          </w:hyperlink>
        </w:p>
        <w:p w14:paraId="13B06CFD" w14:textId="58DE286A" w:rsidR="008F2B6C" w:rsidRDefault="008F2B6C">
          <w:pPr>
            <w:pStyle w:val="TOC2"/>
            <w:tabs>
              <w:tab w:val="right" w:leader="dot" w:pos="8630"/>
            </w:tabs>
            <w:rPr>
              <w:noProof/>
              <w:kern w:val="2"/>
              <w:sz w:val="24"/>
              <w:szCs w:val="24"/>
              <w:lang w:val="en-GB" w:eastAsia="en-GB"/>
              <w14:ligatures w14:val="standardContextual"/>
            </w:rPr>
          </w:pPr>
          <w:hyperlink w:anchor="_Toc192867425" w:history="1">
            <w:r w:rsidRPr="002463F8">
              <w:rPr>
                <w:rStyle w:val="Hyperlink"/>
                <w:noProof/>
                <w:lang w:eastAsia="en-GB"/>
              </w:rPr>
              <w:t>Using AWS Secrets Manager in the CI/CD Pipeline</w:t>
            </w:r>
            <w:r>
              <w:rPr>
                <w:noProof/>
                <w:webHidden/>
              </w:rPr>
              <w:tab/>
            </w:r>
            <w:r>
              <w:rPr>
                <w:noProof/>
                <w:webHidden/>
              </w:rPr>
              <w:fldChar w:fldCharType="begin"/>
            </w:r>
            <w:r>
              <w:rPr>
                <w:noProof/>
                <w:webHidden/>
              </w:rPr>
              <w:instrText xml:space="preserve"> PAGEREF _Toc192867425 \h </w:instrText>
            </w:r>
            <w:r>
              <w:rPr>
                <w:noProof/>
                <w:webHidden/>
              </w:rPr>
            </w:r>
            <w:r>
              <w:rPr>
                <w:noProof/>
                <w:webHidden/>
              </w:rPr>
              <w:fldChar w:fldCharType="separate"/>
            </w:r>
            <w:r>
              <w:rPr>
                <w:noProof/>
                <w:webHidden/>
              </w:rPr>
              <w:t>19</w:t>
            </w:r>
            <w:r>
              <w:rPr>
                <w:noProof/>
                <w:webHidden/>
              </w:rPr>
              <w:fldChar w:fldCharType="end"/>
            </w:r>
          </w:hyperlink>
        </w:p>
        <w:p w14:paraId="7251F09C" w14:textId="18AEB199" w:rsidR="008F2B6C" w:rsidRDefault="008F2B6C">
          <w:pPr>
            <w:pStyle w:val="TOC2"/>
            <w:tabs>
              <w:tab w:val="right" w:leader="dot" w:pos="8630"/>
            </w:tabs>
            <w:rPr>
              <w:noProof/>
              <w:kern w:val="2"/>
              <w:sz w:val="24"/>
              <w:szCs w:val="24"/>
              <w:lang w:val="en-GB" w:eastAsia="en-GB"/>
              <w14:ligatures w14:val="standardContextual"/>
            </w:rPr>
          </w:pPr>
          <w:hyperlink w:anchor="_Toc192867426" w:history="1">
            <w:r w:rsidRPr="002463F8">
              <w:rPr>
                <w:rStyle w:val="Hyperlink"/>
                <w:noProof/>
              </w:rPr>
              <w:t>Future Enhancements</w:t>
            </w:r>
            <w:r>
              <w:rPr>
                <w:noProof/>
                <w:webHidden/>
              </w:rPr>
              <w:tab/>
            </w:r>
            <w:r>
              <w:rPr>
                <w:noProof/>
                <w:webHidden/>
              </w:rPr>
              <w:fldChar w:fldCharType="begin"/>
            </w:r>
            <w:r>
              <w:rPr>
                <w:noProof/>
                <w:webHidden/>
              </w:rPr>
              <w:instrText xml:space="preserve"> PAGEREF _Toc192867426 \h </w:instrText>
            </w:r>
            <w:r>
              <w:rPr>
                <w:noProof/>
                <w:webHidden/>
              </w:rPr>
            </w:r>
            <w:r>
              <w:rPr>
                <w:noProof/>
                <w:webHidden/>
              </w:rPr>
              <w:fldChar w:fldCharType="separate"/>
            </w:r>
            <w:r>
              <w:rPr>
                <w:noProof/>
                <w:webHidden/>
              </w:rPr>
              <w:t>20</w:t>
            </w:r>
            <w:r>
              <w:rPr>
                <w:noProof/>
                <w:webHidden/>
              </w:rPr>
              <w:fldChar w:fldCharType="end"/>
            </w:r>
          </w:hyperlink>
        </w:p>
        <w:p w14:paraId="7C2B260F" w14:textId="4C88948C" w:rsidR="00CF039A" w:rsidRDefault="00CF039A">
          <w:r>
            <w:rPr>
              <w:b/>
              <w:bCs/>
              <w:noProof/>
            </w:rPr>
            <w:fldChar w:fldCharType="end"/>
          </w:r>
        </w:p>
      </w:sdtContent>
    </w:sdt>
    <w:p w14:paraId="1CFA5339" w14:textId="77777777" w:rsidR="00F438EE" w:rsidRDefault="00F438EE">
      <w:pPr>
        <w:pStyle w:val="Heading2"/>
        <w:rPr>
          <w:rFonts w:ascii="MS Reference Sans Serif" w:hAnsi="MS Reference Sans Serif"/>
          <w:sz w:val="32"/>
          <w:szCs w:val="32"/>
        </w:rPr>
      </w:pPr>
    </w:p>
    <w:p w14:paraId="0D20FD4C" w14:textId="77777777" w:rsidR="00F438EE" w:rsidRDefault="00F438EE">
      <w:pPr>
        <w:pStyle w:val="Heading2"/>
        <w:rPr>
          <w:rFonts w:ascii="MS Reference Sans Serif" w:hAnsi="MS Reference Sans Serif"/>
          <w:sz w:val="32"/>
          <w:szCs w:val="32"/>
        </w:rPr>
      </w:pPr>
    </w:p>
    <w:p w14:paraId="31BD6E2A" w14:textId="77777777" w:rsidR="003046DC" w:rsidRDefault="003046DC" w:rsidP="003046DC"/>
    <w:p w14:paraId="40243A65" w14:textId="77777777" w:rsidR="003046DC" w:rsidRDefault="003046DC" w:rsidP="003046DC"/>
    <w:p w14:paraId="5704B715" w14:textId="77777777" w:rsidR="00A96C5E" w:rsidRPr="003046DC" w:rsidRDefault="00A96C5E" w:rsidP="003046DC"/>
    <w:p w14:paraId="00C8C125" w14:textId="21BA1911" w:rsidR="00A96C5E" w:rsidRPr="007F1260" w:rsidRDefault="00A20C9A" w:rsidP="00A96C5E">
      <w:pPr>
        <w:pStyle w:val="Heading2"/>
        <w:rPr>
          <w:sz w:val="28"/>
          <w:szCs w:val="28"/>
        </w:rPr>
      </w:pPr>
      <w:bookmarkStart w:id="1" w:name="_Toc192867413"/>
      <w:r w:rsidRPr="007F1260">
        <w:rPr>
          <w:sz w:val="28"/>
          <w:szCs w:val="28"/>
        </w:rPr>
        <w:t>Step 1: Set Up AWS IAM Roles and Permissions</w:t>
      </w:r>
      <w:bookmarkEnd w:id="1"/>
    </w:p>
    <w:p w14:paraId="28C1E64F" w14:textId="77777777" w:rsidR="00A96C5E" w:rsidRDefault="00A96C5E" w:rsidP="00A96C5E">
      <w:pPr>
        <w:rPr>
          <w:rFonts w:ascii="Lato" w:hAnsi="Lato"/>
          <w:sz w:val="24"/>
          <w:szCs w:val="24"/>
          <w:lang w:val="en-GB" w:eastAsia="en-GB"/>
        </w:rPr>
      </w:pPr>
    </w:p>
    <w:p w14:paraId="144A0A40" w14:textId="6AF088ED" w:rsidR="00DD15BD" w:rsidRPr="00A96C5E" w:rsidRDefault="00DD15BD" w:rsidP="00A96C5E">
      <w:pPr>
        <w:rPr>
          <w:rFonts w:ascii="Lato" w:hAnsi="Lato"/>
          <w:b/>
          <w:bCs/>
          <w:sz w:val="24"/>
          <w:szCs w:val="24"/>
        </w:rPr>
      </w:pPr>
      <w:r w:rsidRPr="00A96C5E">
        <w:rPr>
          <w:rFonts w:ascii="Lato" w:hAnsi="Lato"/>
          <w:sz w:val="24"/>
          <w:szCs w:val="24"/>
          <w:lang w:val="en-GB" w:eastAsia="en-GB"/>
        </w:rPr>
        <w:t>Go to AWS Management Console &gt; IAM &gt; Roles &gt; Create Role.</w:t>
      </w:r>
    </w:p>
    <w:p w14:paraId="7777EDEC" w14:textId="6C46E64D" w:rsidR="00DD15BD" w:rsidRPr="00A96C5E" w:rsidRDefault="00DD15BD" w:rsidP="00A96C5E">
      <w:pPr>
        <w:rPr>
          <w:rFonts w:ascii="Lato" w:hAnsi="Lato"/>
          <w:sz w:val="24"/>
          <w:szCs w:val="24"/>
          <w:lang w:val="en-GB" w:eastAsia="en-GB"/>
        </w:rPr>
      </w:pPr>
      <w:r w:rsidRPr="00A96C5E">
        <w:rPr>
          <w:rFonts w:ascii="Lato" w:hAnsi="Lato"/>
          <w:sz w:val="24"/>
          <w:szCs w:val="24"/>
          <w:lang w:val="en-GB" w:eastAsia="en-GB"/>
        </w:rPr>
        <w:t>Select Trusted Entity, choose AWS Service and select EC2 or CodeBuild</w:t>
      </w:r>
      <w:r w:rsidR="00197BDF" w:rsidRPr="00A96C5E">
        <w:rPr>
          <w:rFonts w:ascii="Lato" w:hAnsi="Lato"/>
          <w:sz w:val="24"/>
          <w:szCs w:val="24"/>
          <w:lang w:val="en-GB" w:eastAsia="en-GB"/>
        </w:rPr>
        <w:t>.</w:t>
      </w:r>
    </w:p>
    <w:p w14:paraId="4EEF6B2C" w14:textId="77777777" w:rsidR="00DD15BD" w:rsidRPr="00A96C5E" w:rsidRDefault="00DD15BD" w:rsidP="00A96C5E">
      <w:pPr>
        <w:rPr>
          <w:rFonts w:ascii="Lato" w:hAnsi="Lato"/>
          <w:sz w:val="24"/>
          <w:szCs w:val="24"/>
          <w:lang w:val="en-GB" w:eastAsia="en-GB"/>
        </w:rPr>
      </w:pPr>
      <w:r w:rsidRPr="00A96C5E">
        <w:rPr>
          <w:rFonts w:ascii="Lato" w:hAnsi="Lato"/>
          <w:sz w:val="24"/>
          <w:szCs w:val="24"/>
          <w:lang w:val="en-GB" w:eastAsia="en-GB"/>
        </w:rPr>
        <w:t>Proceed to Add Permissions and attach the following policies:</w:t>
      </w:r>
    </w:p>
    <w:p w14:paraId="51EF5B50" w14:textId="77777777" w:rsidR="00DD15BD" w:rsidRPr="00E67802" w:rsidRDefault="00DD15BD" w:rsidP="00A96C5E">
      <w:pPr>
        <w:rPr>
          <w:rFonts w:ascii="Lato" w:hAnsi="Lato"/>
          <w:i/>
          <w:iCs/>
          <w:sz w:val="24"/>
          <w:szCs w:val="24"/>
          <w:lang w:val="en-GB" w:eastAsia="en-GB"/>
        </w:rPr>
      </w:pPr>
      <w:r w:rsidRPr="00E67802">
        <w:rPr>
          <w:rFonts w:ascii="Lato" w:hAnsi="Lato" w:cs="Courier New"/>
          <w:i/>
          <w:iCs/>
          <w:sz w:val="24"/>
          <w:szCs w:val="24"/>
          <w:lang w:val="en-GB" w:eastAsia="en-GB"/>
        </w:rPr>
        <w:t>AWSCodePipelineFullAccess</w:t>
      </w:r>
    </w:p>
    <w:p w14:paraId="668EEE37" w14:textId="77777777" w:rsidR="00DD15BD" w:rsidRPr="00E67802" w:rsidRDefault="00DD15BD" w:rsidP="00A96C5E">
      <w:pPr>
        <w:rPr>
          <w:rFonts w:ascii="Lato" w:hAnsi="Lato"/>
          <w:i/>
          <w:iCs/>
          <w:sz w:val="24"/>
          <w:szCs w:val="24"/>
          <w:lang w:val="en-GB" w:eastAsia="en-GB"/>
        </w:rPr>
      </w:pPr>
      <w:r w:rsidRPr="00E67802">
        <w:rPr>
          <w:rFonts w:ascii="Lato" w:hAnsi="Lato" w:cs="Courier New"/>
          <w:i/>
          <w:iCs/>
          <w:sz w:val="24"/>
          <w:szCs w:val="24"/>
          <w:lang w:val="en-GB" w:eastAsia="en-GB"/>
        </w:rPr>
        <w:t>AWSCodeBuildAdminAccess</w:t>
      </w:r>
    </w:p>
    <w:p w14:paraId="1455B23D" w14:textId="77777777" w:rsidR="00DD15BD" w:rsidRPr="00E67802" w:rsidRDefault="00DD15BD" w:rsidP="00A96C5E">
      <w:pPr>
        <w:rPr>
          <w:rFonts w:ascii="Lato" w:hAnsi="Lato"/>
          <w:i/>
          <w:iCs/>
          <w:sz w:val="24"/>
          <w:szCs w:val="24"/>
          <w:lang w:val="en-GB" w:eastAsia="en-GB"/>
        </w:rPr>
      </w:pPr>
      <w:r w:rsidRPr="00E67802">
        <w:rPr>
          <w:rFonts w:ascii="Lato" w:hAnsi="Lato" w:cs="Courier New"/>
          <w:i/>
          <w:iCs/>
          <w:sz w:val="24"/>
          <w:szCs w:val="24"/>
          <w:lang w:val="en-GB" w:eastAsia="en-GB"/>
        </w:rPr>
        <w:t>AWSCodeDeployFullAccess</w:t>
      </w:r>
    </w:p>
    <w:p w14:paraId="36A3841C" w14:textId="77777777" w:rsidR="00DD15BD" w:rsidRPr="00E67802" w:rsidRDefault="00DD15BD" w:rsidP="00A96C5E">
      <w:pPr>
        <w:rPr>
          <w:rFonts w:ascii="Lato" w:hAnsi="Lato"/>
          <w:i/>
          <w:iCs/>
          <w:sz w:val="24"/>
          <w:szCs w:val="24"/>
          <w:lang w:val="en-GB" w:eastAsia="en-GB"/>
        </w:rPr>
      </w:pPr>
      <w:r w:rsidRPr="00E67802">
        <w:rPr>
          <w:rFonts w:ascii="Lato" w:hAnsi="Lato" w:cs="Courier New"/>
          <w:i/>
          <w:iCs/>
          <w:sz w:val="24"/>
          <w:szCs w:val="24"/>
          <w:lang w:val="en-GB" w:eastAsia="en-GB"/>
        </w:rPr>
        <w:t>AmazonS3FullAccess</w:t>
      </w:r>
      <w:r w:rsidRPr="00E67802">
        <w:rPr>
          <w:rFonts w:ascii="Lato" w:hAnsi="Lato"/>
          <w:i/>
          <w:iCs/>
          <w:sz w:val="24"/>
          <w:szCs w:val="24"/>
          <w:lang w:val="en-GB" w:eastAsia="en-GB"/>
        </w:rPr>
        <w:t> (for storing pipeline artifacts)</w:t>
      </w:r>
    </w:p>
    <w:p w14:paraId="3A0FF79F" w14:textId="77777777" w:rsidR="00DD15BD" w:rsidRPr="00A96C5E" w:rsidRDefault="00DD15BD" w:rsidP="00A96C5E">
      <w:pPr>
        <w:rPr>
          <w:rFonts w:ascii="Lato" w:hAnsi="Lato"/>
          <w:sz w:val="24"/>
          <w:szCs w:val="24"/>
          <w:lang w:val="en-GB" w:eastAsia="en-GB"/>
        </w:rPr>
      </w:pPr>
      <w:r w:rsidRPr="00A96C5E">
        <w:rPr>
          <w:rFonts w:ascii="Lato" w:hAnsi="Lato"/>
          <w:sz w:val="24"/>
          <w:szCs w:val="24"/>
          <w:lang w:val="en-GB" w:eastAsia="en-GB"/>
        </w:rPr>
        <w:t>Click Next, name the role CodePipelineRole, and create the role.</w:t>
      </w:r>
    </w:p>
    <w:p w14:paraId="19888CE2" w14:textId="0FD34874" w:rsidR="00197BDF" w:rsidRPr="00197BDF" w:rsidRDefault="00197BDF" w:rsidP="00197BDF">
      <w:pPr>
        <w:spacing w:before="100" w:beforeAutospacing="1" w:after="100" w:afterAutospacing="1" w:line="240" w:lineRule="auto"/>
        <w:ind w:left="720"/>
        <w:rPr>
          <w:rFonts w:ascii="MS Reference Sans Serif" w:eastAsia="Times New Roman" w:hAnsi="MS Reference Sans Serif" w:cs="Times New Roman"/>
          <w:color w:val="000000"/>
          <w:sz w:val="24"/>
          <w:szCs w:val="24"/>
          <w:lang w:val="en-GB" w:eastAsia="en-GB"/>
        </w:rPr>
      </w:pPr>
      <w:r w:rsidRPr="00022709">
        <w:rPr>
          <w:noProof/>
        </w:rPr>
        <w:lastRenderedPageBreak/>
        <w:drawing>
          <wp:inline distT="0" distB="0" distL="0" distR="0" wp14:anchorId="378F4110" wp14:editId="18A8217F">
            <wp:extent cx="5867400" cy="4197350"/>
            <wp:effectExtent l="0" t="0" r="0" b="0"/>
            <wp:docPr id="7286004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00472" name="Picture 1" descr="A screenshot of a computer&#10;&#10;Description automatically generated"/>
                    <pic:cNvPicPr/>
                  </pic:nvPicPr>
                  <pic:blipFill>
                    <a:blip r:embed="rId9"/>
                    <a:stretch>
                      <a:fillRect/>
                    </a:stretch>
                  </pic:blipFill>
                  <pic:spPr>
                    <a:xfrm>
                      <a:off x="0" y="0"/>
                      <a:ext cx="5867400" cy="4197350"/>
                    </a:xfrm>
                    <a:prstGeom prst="rect">
                      <a:avLst/>
                    </a:prstGeom>
                  </pic:spPr>
                </pic:pic>
              </a:graphicData>
            </a:graphic>
          </wp:inline>
        </w:drawing>
      </w:r>
    </w:p>
    <w:p w14:paraId="156EC62E" w14:textId="77777777" w:rsidR="00AC650F" w:rsidRDefault="00AC650F" w:rsidP="00AC650F">
      <w:pPr>
        <w:rPr>
          <w:rFonts w:ascii="Lato" w:hAnsi="Lato"/>
          <w:sz w:val="24"/>
          <w:szCs w:val="24"/>
          <w:lang w:val="en-GB" w:eastAsia="en-GB"/>
        </w:rPr>
      </w:pPr>
    </w:p>
    <w:p w14:paraId="31DDDA9C" w14:textId="77777777" w:rsidR="00AC650F" w:rsidRDefault="00AC650F" w:rsidP="00AC650F">
      <w:pPr>
        <w:rPr>
          <w:rFonts w:ascii="Lato" w:hAnsi="Lato"/>
          <w:sz w:val="24"/>
          <w:szCs w:val="24"/>
          <w:lang w:val="en-GB" w:eastAsia="en-GB"/>
        </w:rPr>
      </w:pPr>
    </w:p>
    <w:p w14:paraId="0218398F" w14:textId="1B734FFA" w:rsidR="00AC650F" w:rsidRPr="00AC650F" w:rsidRDefault="00DD15BD" w:rsidP="00AC650F">
      <w:pPr>
        <w:rPr>
          <w:rFonts w:ascii="Lato" w:hAnsi="Lato"/>
          <w:sz w:val="24"/>
          <w:szCs w:val="24"/>
          <w:lang w:val="en-GB" w:eastAsia="en-GB"/>
        </w:rPr>
      </w:pPr>
      <w:r w:rsidRPr="00AC650F">
        <w:rPr>
          <w:rFonts w:ascii="Lato" w:hAnsi="Lato"/>
          <w:sz w:val="24"/>
          <w:szCs w:val="24"/>
          <w:lang w:val="en-GB" w:eastAsia="en-GB"/>
        </w:rPr>
        <w:t>After creating the role, go to IAM Roles &gt; CodePipelineRole &gt; Trust relationships and click Edit Trust Policy.</w:t>
      </w:r>
    </w:p>
    <w:p w14:paraId="5AE74CD1" w14:textId="57229259" w:rsidR="00DD15BD" w:rsidRDefault="00DD15BD" w:rsidP="00AC650F">
      <w:pPr>
        <w:rPr>
          <w:rFonts w:ascii="Lato" w:hAnsi="Lato"/>
          <w:sz w:val="24"/>
          <w:szCs w:val="24"/>
          <w:lang w:val="en-GB" w:eastAsia="en-GB"/>
        </w:rPr>
      </w:pPr>
      <w:r w:rsidRPr="00AC650F">
        <w:rPr>
          <w:rFonts w:ascii="Lato" w:hAnsi="Lato"/>
          <w:sz w:val="24"/>
          <w:szCs w:val="24"/>
          <w:lang w:val="en-GB" w:eastAsia="en-GB"/>
        </w:rPr>
        <w:t>Replace the existing JSON with the following to allow CodePipeline to assume the role:</w:t>
      </w:r>
    </w:p>
    <w:p w14:paraId="10356998" w14:textId="77777777" w:rsidR="0056208A" w:rsidRPr="00AC650F" w:rsidRDefault="0056208A" w:rsidP="00AC650F">
      <w:pPr>
        <w:rPr>
          <w:rFonts w:ascii="Lato" w:hAnsi="Lato"/>
          <w:sz w:val="24"/>
          <w:szCs w:val="24"/>
          <w:lang w:val="en-GB" w:eastAsia="en-GB"/>
        </w:rPr>
      </w:pPr>
    </w:p>
    <w:p w14:paraId="767AE642" w14:textId="77777777" w:rsidR="00DD15BD" w:rsidRPr="001552CD" w:rsidRDefault="00DD15BD" w:rsidP="00DD1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to" w:eastAsia="Times New Roman" w:hAnsi="Lato" w:cs="Courier New"/>
          <w:color w:val="000000"/>
          <w:sz w:val="24"/>
          <w:szCs w:val="24"/>
          <w:lang w:val="en-GB" w:eastAsia="en-GB"/>
        </w:rPr>
      </w:pPr>
      <w:r w:rsidRPr="001552CD">
        <w:rPr>
          <w:rFonts w:ascii="Lato" w:eastAsia="Times New Roman" w:hAnsi="Lato" w:cs="Courier New"/>
          <w:color w:val="000000"/>
          <w:sz w:val="24"/>
          <w:szCs w:val="24"/>
          <w:lang w:val="en-GB" w:eastAsia="en-GB"/>
        </w:rPr>
        <w:t>{</w:t>
      </w:r>
    </w:p>
    <w:p w14:paraId="63E0673D" w14:textId="77777777" w:rsidR="00DD15BD" w:rsidRPr="001552CD" w:rsidRDefault="00DD15BD" w:rsidP="00DD1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to" w:eastAsia="Times New Roman" w:hAnsi="Lato" w:cs="Courier New"/>
          <w:color w:val="000000"/>
          <w:sz w:val="24"/>
          <w:szCs w:val="24"/>
          <w:lang w:val="en-GB" w:eastAsia="en-GB"/>
        </w:rPr>
      </w:pPr>
      <w:r w:rsidRPr="001552CD">
        <w:rPr>
          <w:rFonts w:ascii="Lato" w:eastAsia="Times New Roman" w:hAnsi="Lato" w:cs="Courier New"/>
          <w:color w:val="000000"/>
          <w:sz w:val="24"/>
          <w:szCs w:val="24"/>
          <w:lang w:val="en-GB" w:eastAsia="en-GB"/>
        </w:rPr>
        <w:t xml:space="preserve">  "Version": "2012-10-17",</w:t>
      </w:r>
    </w:p>
    <w:p w14:paraId="32E57357" w14:textId="77777777" w:rsidR="00DD15BD" w:rsidRPr="001552CD" w:rsidRDefault="00DD15BD" w:rsidP="00DD1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to" w:eastAsia="Times New Roman" w:hAnsi="Lato" w:cs="Courier New"/>
          <w:color w:val="000000"/>
          <w:sz w:val="24"/>
          <w:szCs w:val="24"/>
          <w:lang w:val="en-GB" w:eastAsia="en-GB"/>
        </w:rPr>
      </w:pPr>
      <w:r w:rsidRPr="001552CD">
        <w:rPr>
          <w:rFonts w:ascii="Lato" w:eastAsia="Times New Roman" w:hAnsi="Lato" w:cs="Courier New"/>
          <w:color w:val="000000"/>
          <w:sz w:val="24"/>
          <w:szCs w:val="24"/>
          <w:lang w:val="en-GB" w:eastAsia="en-GB"/>
        </w:rPr>
        <w:t xml:space="preserve">  "Statement": [</w:t>
      </w:r>
    </w:p>
    <w:p w14:paraId="2786A4D4" w14:textId="77777777" w:rsidR="00DD15BD" w:rsidRPr="001552CD" w:rsidRDefault="00DD15BD" w:rsidP="00DD1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to" w:eastAsia="Times New Roman" w:hAnsi="Lato" w:cs="Courier New"/>
          <w:color w:val="000000"/>
          <w:sz w:val="24"/>
          <w:szCs w:val="24"/>
          <w:lang w:val="en-GB" w:eastAsia="en-GB"/>
        </w:rPr>
      </w:pPr>
      <w:r w:rsidRPr="001552CD">
        <w:rPr>
          <w:rFonts w:ascii="Lato" w:eastAsia="Times New Roman" w:hAnsi="Lato" w:cs="Courier New"/>
          <w:color w:val="000000"/>
          <w:sz w:val="24"/>
          <w:szCs w:val="24"/>
          <w:lang w:val="en-GB" w:eastAsia="en-GB"/>
        </w:rPr>
        <w:t xml:space="preserve">    {</w:t>
      </w:r>
    </w:p>
    <w:p w14:paraId="736E12C8" w14:textId="77777777" w:rsidR="00DD15BD" w:rsidRPr="001552CD" w:rsidRDefault="00DD15BD" w:rsidP="00DD1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to" w:eastAsia="Times New Roman" w:hAnsi="Lato" w:cs="Courier New"/>
          <w:color w:val="000000"/>
          <w:sz w:val="24"/>
          <w:szCs w:val="24"/>
          <w:lang w:val="en-GB" w:eastAsia="en-GB"/>
        </w:rPr>
      </w:pPr>
      <w:r w:rsidRPr="001552CD">
        <w:rPr>
          <w:rFonts w:ascii="Lato" w:eastAsia="Times New Roman" w:hAnsi="Lato" w:cs="Courier New"/>
          <w:color w:val="000000"/>
          <w:sz w:val="24"/>
          <w:szCs w:val="24"/>
          <w:lang w:val="en-GB" w:eastAsia="en-GB"/>
        </w:rPr>
        <w:t xml:space="preserve">      "Effect": "Allow",</w:t>
      </w:r>
    </w:p>
    <w:p w14:paraId="60D38495" w14:textId="77777777" w:rsidR="00DD15BD" w:rsidRPr="001552CD" w:rsidRDefault="00DD15BD" w:rsidP="00DD1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to" w:eastAsia="Times New Roman" w:hAnsi="Lato" w:cs="Courier New"/>
          <w:color w:val="000000"/>
          <w:sz w:val="24"/>
          <w:szCs w:val="24"/>
          <w:lang w:val="en-GB" w:eastAsia="en-GB"/>
        </w:rPr>
      </w:pPr>
      <w:r w:rsidRPr="001552CD">
        <w:rPr>
          <w:rFonts w:ascii="Lato" w:eastAsia="Times New Roman" w:hAnsi="Lato" w:cs="Courier New"/>
          <w:color w:val="000000"/>
          <w:sz w:val="24"/>
          <w:szCs w:val="24"/>
          <w:lang w:val="en-GB" w:eastAsia="en-GB"/>
        </w:rPr>
        <w:t xml:space="preserve">      "Principal": {</w:t>
      </w:r>
    </w:p>
    <w:p w14:paraId="2D9220C5" w14:textId="77777777" w:rsidR="00DD15BD" w:rsidRPr="001552CD" w:rsidRDefault="00DD15BD" w:rsidP="00DD1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to" w:eastAsia="Times New Roman" w:hAnsi="Lato" w:cs="Courier New"/>
          <w:color w:val="000000"/>
          <w:sz w:val="24"/>
          <w:szCs w:val="24"/>
          <w:lang w:val="en-GB" w:eastAsia="en-GB"/>
        </w:rPr>
      </w:pPr>
      <w:r w:rsidRPr="001552CD">
        <w:rPr>
          <w:rFonts w:ascii="Lato" w:eastAsia="Times New Roman" w:hAnsi="Lato" w:cs="Courier New"/>
          <w:color w:val="000000"/>
          <w:sz w:val="24"/>
          <w:szCs w:val="24"/>
          <w:lang w:val="en-GB" w:eastAsia="en-GB"/>
        </w:rPr>
        <w:t xml:space="preserve">        "Service": "codepipeline.amazonaws.com"</w:t>
      </w:r>
    </w:p>
    <w:p w14:paraId="59FFFAD5" w14:textId="77777777" w:rsidR="00DD15BD" w:rsidRPr="001552CD" w:rsidRDefault="00DD15BD" w:rsidP="00DD1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to" w:eastAsia="Times New Roman" w:hAnsi="Lato" w:cs="Courier New"/>
          <w:color w:val="000000"/>
          <w:sz w:val="24"/>
          <w:szCs w:val="24"/>
          <w:lang w:val="en-GB" w:eastAsia="en-GB"/>
        </w:rPr>
      </w:pPr>
      <w:r w:rsidRPr="001552CD">
        <w:rPr>
          <w:rFonts w:ascii="Lato" w:eastAsia="Times New Roman" w:hAnsi="Lato" w:cs="Courier New"/>
          <w:color w:val="000000"/>
          <w:sz w:val="24"/>
          <w:szCs w:val="24"/>
          <w:lang w:val="en-GB" w:eastAsia="en-GB"/>
        </w:rPr>
        <w:t xml:space="preserve">      },</w:t>
      </w:r>
    </w:p>
    <w:p w14:paraId="4C46B257" w14:textId="77777777" w:rsidR="00DD15BD" w:rsidRPr="001552CD" w:rsidRDefault="00DD15BD" w:rsidP="00DD1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to" w:eastAsia="Times New Roman" w:hAnsi="Lato" w:cs="Courier New"/>
          <w:color w:val="000000"/>
          <w:sz w:val="24"/>
          <w:szCs w:val="24"/>
          <w:lang w:val="en-GB" w:eastAsia="en-GB"/>
        </w:rPr>
      </w:pPr>
      <w:r w:rsidRPr="001552CD">
        <w:rPr>
          <w:rFonts w:ascii="Lato" w:eastAsia="Times New Roman" w:hAnsi="Lato" w:cs="Courier New"/>
          <w:color w:val="000000"/>
          <w:sz w:val="24"/>
          <w:szCs w:val="24"/>
          <w:lang w:val="en-GB" w:eastAsia="en-GB"/>
        </w:rPr>
        <w:lastRenderedPageBreak/>
        <w:t xml:space="preserve">      "Action": "</w:t>
      </w:r>
      <w:proofErr w:type="spellStart"/>
      <w:r w:rsidRPr="001552CD">
        <w:rPr>
          <w:rFonts w:ascii="Lato" w:eastAsia="Times New Roman" w:hAnsi="Lato" w:cs="Courier New"/>
          <w:color w:val="000000"/>
          <w:sz w:val="24"/>
          <w:szCs w:val="24"/>
          <w:lang w:val="en-GB" w:eastAsia="en-GB"/>
        </w:rPr>
        <w:t>sts:AssumeRole</w:t>
      </w:r>
      <w:proofErr w:type="spellEnd"/>
      <w:r w:rsidRPr="001552CD">
        <w:rPr>
          <w:rFonts w:ascii="Lato" w:eastAsia="Times New Roman" w:hAnsi="Lato" w:cs="Courier New"/>
          <w:color w:val="000000"/>
          <w:sz w:val="24"/>
          <w:szCs w:val="24"/>
          <w:lang w:val="en-GB" w:eastAsia="en-GB"/>
        </w:rPr>
        <w:t>"</w:t>
      </w:r>
    </w:p>
    <w:p w14:paraId="4F34A233" w14:textId="77777777" w:rsidR="00DD15BD" w:rsidRPr="001552CD" w:rsidRDefault="00DD15BD" w:rsidP="00DD1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to" w:eastAsia="Times New Roman" w:hAnsi="Lato" w:cs="Courier New"/>
          <w:color w:val="000000"/>
          <w:sz w:val="24"/>
          <w:szCs w:val="24"/>
          <w:lang w:val="en-GB" w:eastAsia="en-GB"/>
        </w:rPr>
      </w:pPr>
      <w:r w:rsidRPr="001552CD">
        <w:rPr>
          <w:rFonts w:ascii="Lato" w:eastAsia="Times New Roman" w:hAnsi="Lato" w:cs="Courier New"/>
          <w:color w:val="000000"/>
          <w:sz w:val="24"/>
          <w:szCs w:val="24"/>
          <w:lang w:val="en-GB" w:eastAsia="en-GB"/>
        </w:rPr>
        <w:t xml:space="preserve">    }</w:t>
      </w:r>
    </w:p>
    <w:p w14:paraId="313F5C44" w14:textId="77777777" w:rsidR="00DD15BD" w:rsidRPr="001552CD" w:rsidRDefault="00DD15BD" w:rsidP="00DD1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to" w:eastAsia="Times New Roman" w:hAnsi="Lato" w:cs="Courier New"/>
          <w:color w:val="000000"/>
          <w:sz w:val="24"/>
          <w:szCs w:val="24"/>
          <w:lang w:val="en-GB" w:eastAsia="en-GB"/>
        </w:rPr>
      </w:pPr>
      <w:r w:rsidRPr="001552CD">
        <w:rPr>
          <w:rFonts w:ascii="Lato" w:eastAsia="Times New Roman" w:hAnsi="Lato" w:cs="Courier New"/>
          <w:color w:val="000000"/>
          <w:sz w:val="24"/>
          <w:szCs w:val="24"/>
          <w:lang w:val="en-GB" w:eastAsia="en-GB"/>
        </w:rPr>
        <w:t xml:space="preserve">  ]</w:t>
      </w:r>
    </w:p>
    <w:p w14:paraId="1C0C90D4" w14:textId="6455513F" w:rsidR="001C0CE5" w:rsidRDefault="00DD15BD" w:rsidP="00197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to" w:eastAsia="Times New Roman" w:hAnsi="Lato" w:cs="Courier New"/>
          <w:color w:val="000000"/>
          <w:sz w:val="24"/>
          <w:szCs w:val="24"/>
          <w:lang w:val="en-GB" w:eastAsia="en-GB"/>
        </w:rPr>
      </w:pPr>
      <w:r w:rsidRPr="001552CD">
        <w:rPr>
          <w:rFonts w:ascii="Lato" w:eastAsia="Times New Roman" w:hAnsi="Lato" w:cs="Courier New"/>
          <w:color w:val="000000"/>
          <w:sz w:val="24"/>
          <w:szCs w:val="24"/>
          <w:lang w:val="en-GB" w:eastAsia="en-GB"/>
        </w:rPr>
        <w:t>}</w:t>
      </w:r>
    </w:p>
    <w:p w14:paraId="39760E87" w14:textId="77777777" w:rsidR="0056208A" w:rsidRPr="001552CD" w:rsidRDefault="0056208A" w:rsidP="00197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to" w:eastAsia="Times New Roman" w:hAnsi="Lato" w:cs="Courier New"/>
          <w:color w:val="000000"/>
          <w:sz w:val="24"/>
          <w:szCs w:val="24"/>
          <w:lang w:val="en-GB" w:eastAsia="en-GB"/>
        </w:rPr>
      </w:pPr>
    </w:p>
    <w:p w14:paraId="783D1BBE" w14:textId="77777777" w:rsidR="00197BDF" w:rsidRPr="00197BDF" w:rsidRDefault="00197BDF" w:rsidP="00197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S Reference Sans Serif" w:eastAsia="Times New Roman" w:hAnsi="MS Reference Sans Serif" w:cs="Courier New"/>
          <w:color w:val="000000"/>
          <w:sz w:val="24"/>
          <w:szCs w:val="24"/>
          <w:lang w:val="en-GB" w:eastAsia="en-GB"/>
        </w:rPr>
      </w:pPr>
    </w:p>
    <w:p w14:paraId="245B4A51" w14:textId="2B77CC86" w:rsidR="00022709" w:rsidRDefault="00022709">
      <w:r w:rsidRPr="00022709">
        <w:rPr>
          <w:noProof/>
        </w:rPr>
        <w:drawing>
          <wp:inline distT="0" distB="0" distL="0" distR="0" wp14:anchorId="2DEDFFE1" wp14:editId="1ACC4290">
            <wp:extent cx="6301740" cy="3911600"/>
            <wp:effectExtent l="0" t="0" r="3810" b="0"/>
            <wp:docPr id="20419801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80172" name="Picture 1" descr="A screenshot of a computer&#10;&#10;Description automatically generated"/>
                    <pic:cNvPicPr/>
                  </pic:nvPicPr>
                  <pic:blipFill>
                    <a:blip r:embed="rId10"/>
                    <a:stretch>
                      <a:fillRect/>
                    </a:stretch>
                  </pic:blipFill>
                  <pic:spPr>
                    <a:xfrm>
                      <a:off x="0" y="0"/>
                      <a:ext cx="6301740" cy="3911600"/>
                    </a:xfrm>
                    <a:prstGeom prst="rect">
                      <a:avLst/>
                    </a:prstGeom>
                  </pic:spPr>
                </pic:pic>
              </a:graphicData>
            </a:graphic>
          </wp:inline>
        </w:drawing>
      </w:r>
    </w:p>
    <w:p w14:paraId="5353D7FC" w14:textId="7B13212D" w:rsidR="00A41226" w:rsidRPr="0056208A" w:rsidRDefault="00A41226" w:rsidP="0056208A">
      <w:pPr>
        <w:rPr>
          <w:rFonts w:ascii="Lato" w:hAnsi="Lato"/>
          <w:sz w:val="24"/>
          <w:szCs w:val="24"/>
        </w:rPr>
      </w:pPr>
      <w:r w:rsidRPr="0056208A">
        <w:rPr>
          <w:rFonts w:ascii="Lato" w:hAnsi="Lato"/>
          <w:sz w:val="24"/>
          <w:szCs w:val="24"/>
        </w:rPr>
        <w:t>Create additional roles as required</w:t>
      </w:r>
    </w:p>
    <w:p w14:paraId="4BDEE34E" w14:textId="684AA50C" w:rsidR="00A41226" w:rsidRDefault="00FC5F27" w:rsidP="00A41226">
      <w:r w:rsidRPr="00FC5F27">
        <w:rPr>
          <w:noProof/>
        </w:rPr>
        <w:drawing>
          <wp:inline distT="0" distB="0" distL="0" distR="0" wp14:anchorId="76DCBFBF" wp14:editId="750F56FE">
            <wp:extent cx="6330950" cy="1631950"/>
            <wp:effectExtent l="0" t="0" r="0" b="6350"/>
            <wp:docPr id="15258612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61202" name="Picture 1" descr="A screenshot of a computer&#10;&#10;AI-generated content may be incorrect."/>
                    <pic:cNvPicPr/>
                  </pic:nvPicPr>
                  <pic:blipFill>
                    <a:blip r:embed="rId11"/>
                    <a:stretch>
                      <a:fillRect/>
                    </a:stretch>
                  </pic:blipFill>
                  <pic:spPr>
                    <a:xfrm>
                      <a:off x="0" y="0"/>
                      <a:ext cx="6330950" cy="1631950"/>
                    </a:xfrm>
                    <a:prstGeom prst="rect">
                      <a:avLst/>
                    </a:prstGeom>
                  </pic:spPr>
                </pic:pic>
              </a:graphicData>
            </a:graphic>
          </wp:inline>
        </w:drawing>
      </w:r>
    </w:p>
    <w:p w14:paraId="3E9FE62F" w14:textId="200DC8D9" w:rsidR="00A41226" w:rsidRPr="00FC5F27" w:rsidRDefault="00A41226" w:rsidP="00A41226">
      <w:pPr>
        <w:rPr>
          <w:rFonts w:ascii="Lato" w:hAnsi="Lato"/>
          <w:sz w:val="24"/>
          <w:szCs w:val="24"/>
        </w:rPr>
      </w:pPr>
      <w:proofErr w:type="spellStart"/>
      <w:r w:rsidRPr="00FC5F27">
        <w:rPr>
          <w:rFonts w:ascii="Lato" w:hAnsi="Lato"/>
          <w:sz w:val="24"/>
          <w:szCs w:val="24"/>
        </w:rPr>
        <w:t>CodeBuildRole</w:t>
      </w:r>
      <w:proofErr w:type="spellEnd"/>
      <w:r w:rsidRPr="00FC5F27">
        <w:rPr>
          <w:rFonts w:ascii="Lato" w:hAnsi="Lato"/>
          <w:sz w:val="24"/>
          <w:szCs w:val="24"/>
        </w:rPr>
        <w:t xml:space="preserve"> permissions</w:t>
      </w:r>
    </w:p>
    <w:p w14:paraId="7282D40C" w14:textId="0D736606" w:rsidR="00A41226" w:rsidRDefault="00A41226" w:rsidP="00A41226">
      <w:r w:rsidRPr="00A41226">
        <w:rPr>
          <w:noProof/>
        </w:rPr>
        <w:lastRenderedPageBreak/>
        <w:drawing>
          <wp:inline distT="0" distB="0" distL="0" distR="0" wp14:anchorId="1F1DB645" wp14:editId="709136BF">
            <wp:extent cx="6362700" cy="1657350"/>
            <wp:effectExtent l="0" t="0" r="0" b="0"/>
            <wp:docPr id="16965061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06171" name="Picture 1" descr="A screenshot of a computer&#10;&#10;AI-generated content may be incorrect."/>
                    <pic:cNvPicPr/>
                  </pic:nvPicPr>
                  <pic:blipFill>
                    <a:blip r:embed="rId12"/>
                    <a:stretch>
                      <a:fillRect/>
                    </a:stretch>
                  </pic:blipFill>
                  <pic:spPr>
                    <a:xfrm>
                      <a:off x="0" y="0"/>
                      <a:ext cx="6362700" cy="1657350"/>
                    </a:xfrm>
                    <a:prstGeom prst="rect">
                      <a:avLst/>
                    </a:prstGeom>
                  </pic:spPr>
                </pic:pic>
              </a:graphicData>
            </a:graphic>
          </wp:inline>
        </w:drawing>
      </w:r>
    </w:p>
    <w:p w14:paraId="7A4FB6B4" w14:textId="7B8B53B4" w:rsidR="00A41226" w:rsidRPr="00FC5F27" w:rsidRDefault="00A41226" w:rsidP="00A41226">
      <w:pPr>
        <w:rPr>
          <w:rFonts w:ascii="Lato" w:hAnsi="Lato"/>
          <w:sz w:val="24"/>
          <w:szCs w:val="24"/>
        </w:rPr>
      </w:pPr>
      <w:proofErr w:type="spellStart"/>
      <w:r w:rsidRPr="00FC5F27">
        <w:rPr>
          <w:rFonts w:ascii="Lato" w:hAnsi="Lato"/>
          <w:sz w:val="24"/>
          <w:szCs w:val="24"/>
        </w:rPr>
        <w:t>CodeDeployRole</w:t>
      </w:r>
      <w:proofErr w:type="spellEnd"/>
      <w:r w:rsidRPr="00FC5F27">
        <w:rPr>
          <w:rFonts w:ascii="Lato" w:hAnsi="Lato"/>
          <w:sz w:val="24"/>
          <w:szCs w:val="24"/>
        </w:rPr>
        <w:t xml:space="preserve"> permissions</w:t>
      </w:r>
    </w:p>
    <w:p w14:paraId="51F6D56F" w14:textId="7AD87CBC" w:rsidR="0056208A" w:rsidRPr="007F1260" w:rsidRDefault="00A41226" w:rsidP="00A41226">
      <w:r w:rsidRPr="00A41226">
        <w:rPr>
          <w:noProof/>
        </w:rPr>
        <w:drawing>
          <wp:inline distT="0" distB="0" distL="0" distR="0" wp14:anchorId="078D0FC9" wp14:editId="109A6740">
            <wp:extent cx="6350000" cy="1816100"/>
            <wp:effectExtent l="0" t="0" r="0" b="0"/>
            <wp:docPr id="1180857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57809" name=""/>
                    <pic:cNvPicPr/>
                  </pic:nvPicPr>
                  <pic:blipFill>
                    <a:blip r:embed="rId13"/>
                    <a:stretch>
                      <a:fillRect/>
                    </a:stretch>
                  </pic:blipFill>
                  <pic:spPr>
                    <a:xfrm>
                      <a:off x="0" y="0"/>
                      <a:ext cx="6350000" cy="1816100"/>
                    </a:xfrm>
                    <a:prstGeom prst="rect">
                      <a:avLst/>
                    </a:prstGeom>
                  </pic:spPr>
                </pic:pic>
              </a:graphicData>
            </a:graphic>
          </wp:inline>
        </w:drawing>
      </w:r>
    </w:p>
    <w:p w14:paraId="56119C33" w14:textId="4784EFF8" w:rsidR="00A41226" w:rsidRPr="00FC5F27" w:rsidRDefault="00FC5F27" w:rsidP="00A41226">
      <w:pPr>
        <w:rPr>
          <w:rFonts w:ascii="Lato" w:hAnsi="Lato"/>
          <w:sz w:val="24"/>
          <w:szCs w:val="24"/>
        </w:rPr>
      </w:pPr>
      <w:r w:rsidRPr="00FC5F27">
        <w:rPr>
          <w:rFonts w:ascii="Lato" w:hAnsi="Lato"/>
          <w:sz w:val="24"/>
          <w:szCs w:val="24"/>
        </w:rPr>
        <w:t>EC2InstanceRole permissions</w:t>
      </w:r>
    </w:p>
    <w:p w14:paraId="364AFBD0" w14:textId="3E79F5EA" w:rsidR="00A41226" w:rsidRDefault="00885E2E" w:rsidP="00A41226">
      <w:r w:rsidRPr="00885E2E">
        <w:rPr>
          <w:noProof/>
        </w:rPr>
        <w:drawing>
          <wp:inline distT="0" distB="0" distL="0" distR="0" wp14:anchorId="67DBDB96" wp14:editId="57F6BE9F">
            <wp:extent cx="6451600" cy="1803400"/>
            <wp:effectExtent l="0" t="0" r="6350" b="6350"/>
            <wp:docPr id="21208498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49856" name="Picture 1" descr="A screenshot of a computer&#10;&#10;AI-generated content may be incorrect."/>
                    <pic:cNvPicPr/>
                  </pic:nvPicPr>
                  <pic:blipFill>
                    <a:blip r:embed="rId14"/>
                    <a:stretch>
                      <a:fillRect/>
                    </a:stretch>
                  </pic:blipFill>
                  <pic:spPr>
                    <a:xfrm>
                      <a:off x="0" y="0"/>
                      <a:ext cx="6451600" cy="1803400"/>
                    </a:xfrm>
                    <a:prstGeom prst="rect">
                      <a:avLst/>
                    </a:prstGeom>
                  </pic:spPr>
                </pic:pic>
              </a:graphicData>
            </a:graphic>
          </wp:inline>
        </w:drawing>
      </w:r>
    </w:p>
    <w:p w14:paraId="414C8053" w14:textId="733D0FB8" w:rsidR="00FC5F27" w:rsidRDefault="00FC5F27" w:rsidP="00FC5F27">
      <w:pPr>
        <w:rPr>
          <w:rFonts w:ascii="Lato" w:hAnsi="Lato"/>
          <w:sz w:val="24"/>
          <w:szCs w:val="24"/>
          <w:lang w:val="en-GB"/>
        </w:rPr>
      </w:pPr>
      <w:proofErr w:type="spellStart"/>
      <w:r w:rsidRPr="00FC5F27">
        <w:rPr>
          <w:rFonts w:ascii="Lato" w:hAnsi="Lato"/>
          <w:sz w:val="24"/>
          <w:szCs w:val="24"/>
          <w:lang w:val="en-GB"/>
        </w:rPr>
        <w:t>SecretsManagerPipelineRole</w:t>
      </w:r>
      <w:proofErr w:type="spellEnd"/>
      <w:r>
        <w:rPr>
          <w:rFonts w:ascii="Lato" w:hAnsi="Lato"/>
          <w:sz w:val="24"/>
          <w:szCs w:val="24"/>
          <w:lang w:val="en-GB"/>
        </w:rPr>
        <w:t xml:space="preserve"> permissions</w:t>
      </w:r>
    </w:p>
    <w:p w14:paraId="2F7BC218" w14:textId="00D7A030" w:rsidR="00AB5A39" w:rsidRPr="0056208A" w:rsidRDefault="00FC5F27" w:rsidP="00FC5F27">
      <w:pPr>
        <w:rPr>
          <w:rFonts w:ascii="Lato" w:hAnsi="Lato"/>
          <w:sz w:val="24"/>
          <w:szCs w:val="24"/>
          <w:lang w:val="en-GB"/>
        </w:rPr>
      </w:pPr>
      <w:r w:rsidRPr="00FC5F27">
        <w:rPr>
          <w:rFonts w:ascii="Lato" w:hAnsi="Lato"/>
          <w:noProof/>
          <w:sz w:val="24"/>
          <w:szCs w:val="24"/>
          <w:lang w:val="en-GB"/>
        </w:rPr>
        <w:lastRenderedPageBreak/>
        <w:drawing>
          <wp:inline distT="0" distB="0" distL="0" distR="0" wp14:anchorId="249695A5" wp14:editId="3DC73644">
            <wp:extent cx="6134100" cy="1911350"/>
            <wp:effectExtent l="0" t="0" r="0" b="0"/>
            <wp:docPr id="915082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8281" name="Picture 1" descr="A screenshot of a computer&#10;&#10;AI-generated content may be incorrect."/>
                    <pic:cNvPicPr/>
                  </pic:nvPicPr>
                  <pic:blipFill>
                    <a:blip r:embed="rId15"/>
                    <a:stretch>
                      <a:fillRect/>
                    </a:stretch>
                  </pic:blipFill>
                  <pic:spPr>
                    <a:xfrm>
                      <a:off x="0" y="0"/>
                      <a:ext cx="6134100" cy="1911350"/>
                    </a:xfrm>
                    <a:prstGeom prst="rect">
                      <a:avLst/>
                    </a:prstGeom>
                  </pic:spPr>
                </pic:pic>
              </a:graphicData>
            </a:graphic>
          </wp:inline>
        </w:drawing>
      </w:r>
    </w:p>
    <w:p w14:paraId="5D510437" w14:textId="77777777" w:rsidR="007F1260" w:rsidRDefault="007F1260" w:rsidP="0056208A">
      <w:pPr>
        <w:spacing w:before="100" w:beforeAutospacing="1" w:after="100" w:afterAutospacing="1" w:line="240" w:lineRule="auto"/>
        <w:rPr>
          <w:rFonts w:ascii="Lato" w:eastAsia="Times New Roman" w:hAnsi="Lato" w:cs="Times New Roman"/>
          <w:color w:val="000000"/>
          <w:sz w:val="24"/>
          <w:szCs w:val="24"/>
          <w:lang w:val="en-GB" w:eastAsia="en-GB"/>
        </w:rPr>
      </w:pPr>
    </w:p>
    <w:p w14:paraId="27CC3B0D" w14:textId="77777777" w:rsidR="007F1260" w:rsidRDefault="007F1260" w:rsidP="0056208A">
      <w:pPr>
        <w:spacing w:before="100" w:beforeAutospacing="1" w:after="100" w:afterAutospacing="1" w:line="240" w:lineRule="auto"/>
        <w:rPr>
          <w:rFonts w:ascii="Lato" w:eastAsia="Times New Roman" w:hAnsi="Lato" w:cs="Times New Roman"/>
          <w:color w:val="000000"/>
          <w:sz w:val="24"/>
          <w:szCs w:val="24"/>
          <w:lang w:val="en-GB" w:eastAsia="en-GB"/>
        </w:rPr>
      </w:pPr>
    </w:p>
    <w:p w14:paraId="2CDC3EAF" w14:textId="77777777" w:rsidR="007F1260" w:rsidRDefault="007F1260" w:rsidP="0056208A">
      <w:pPr>
        <w:spacing w:before="100" w:beforeAutospacing="1" w:after="100" w:afterAutospacing="1" w:line="240" w:lineRule="auto"/>
        <w:rPr>
          <w:rFonts w:ascii="Lato" w:eastAsia="Times New Roman" w:hAnsi="Lato" w:cs="Times New Roman"/>
          <w:color w:val="000000"/>
          <w:sz w:val="24"/>
          <w:szCs w:val="24"/>
          <w:lang w:val="en-GB" w:eastAsia="en-GB"/>
        </w:rPr>
      </w:pPr>
    </w:p>
    <w:p w14:paraId="4433B5BC" w14:textId="610235F1" w:rsidR="001159E4" w:rsidRPr="001552CD" w:rsidRDefault="001159E4" w:rsidP="0056208A">
      <w:pPr>
        <w:spacing w:before="100" w:beforeAutospacing="1" w:after="100" w:afterAutospacing="1" w:line="240" w:lineRule="auto"/>
        <w:rPr>
          <w:rFonts w:ascii="Lato" w:eastAsia="Times New Roman" w:hAnsi="Lato" w:cs="Times New Roman"/>
          <w:color w:val="000000"/>
          <w:sz w:val="24"/>
          <w:szCs w:val="24"/>
          <w:lang w:val="en-GB" w:eastAsia="en-GB"/>
        </w:rPr>
      </w:pPr>
      <w:r w:rsidRPr="001552CD">
        <w:rPr>
          <w:rFonts w:ascii="Lato" w:eastAsia="Times New Roman" w:hAnsi="Lato" w:cs="Times New Roman"/>
          <w:color w:val="000000"/>
          <w:sz w:val="24"/>
          <w:szCs w:val="24"/>
          <w:lang w:val="en-GB" w:eastAsia="en-GB"/>
        </w:rPr>
        <w:t>Enable </w:t>
      </w:r>
      <w:r w:rsidRPr="001552CD">
        <w:rPr>
          <w:rFonts w:ascii="Lato" w:eastAsia="Times New Roman" w:hAnsi="Lato" w:cs="Times New Roman"/>
          <w:b/>
          <w:bCs/>
          <w:color w:val="000000"/>
          <w:sz w:val="24"/>
          <w:szCs w:val="24"/>
          <w:lang w:val="en-GB" w:eastAsia="en-GB"/>
        </w:rPr>
        <w:t>Multi-Factor Authentication (MFA)</w:t>
      </w:r>
      <w:r w:rsidRPr="001552CD">
        <w:rPr>
          <w:rFonts w:ascii="Lato" w:eastAsia="Times New Roman" w:hAnsi="Lato" w:cs="Times New Roman"/>
          <w:color w:val="000000"/>
          <w:sz w:val="24"/>
          <w:szCs w:val="24"/>
          <w:lang w:val="en-GB" w:eastAsia="en-GB"/>
        </w:rPr>
        <w:t> for your root account and limit permissions to follow the principle of </w:t>
      </w:r>
      <w:r w:rsidRPr="001552CD">
        <w:rPr>
          <w:rFonts w:ascii="Lato" w:eastAsia="Times New Roman" w:hAnsi="Lato" w:cs="Times New Roman"/>
          <w:b/>
          <w:bCs/>
          <w:color w:val="000000"/>
          <w:sz w:val="24"/>
          <w:szCs w:val="24"/>
          <w:lang w:val="en-GB" w:eastAsia="en-GB"/>
        </w:rPr>
        <w:t>least privilege</w:t>
      </w:r>
      <w:r w:rsidRPr="001552CD">
        <w:rPr>
          <w:rFonts w:ascii="Lato" w:eastAsia="Times New Roman" w:hAnsi="Lato" w:cs="Times New Roman"/>
          <w:color w:val="000000"/>
          <w:sz w:val="24"/>
          <w:szCs w:val="24"/>
          <w:lang w:val="en-GB" w:eastAsia="en-GB"/>
        </w:rPr>
        <w:t>.</w:t>
      </w:r>
    </w:p>
    <w:p w14:paraId="541D1B21" w14:textId="51A95842" w:rsidR="001159E4" w:rsidRDefault="001159E4">
      <w:r w:rsidRPr="001159E4">
        <w:rPr>
          <w:noProof/>
        </w:rPr>
        <w:drawing>
          <wp:inline distT="0" distB="0" distL="0" distR="0" wp14:anchorId="68ABC194" wp14:editId="2963E45E">
            <wp:extent cx="6271260" cy="1454150"/>
            <wp:effectExtent l="0" t="0" r="0" b="0"/>
            <wp:docPr id="1174138696" name="Picture 1" descr="A screenshot of a dash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38696" name="Picture 1" descr="A screenshot of a dashboard&#10;&#10;Description automatically generated"/>
                    <pic:cNvPicPr/>
                  </pic:nvPicPr>
                  <pic:blipFill>
                    <a:blip r:embed="rId16"/>
                    <a:stretch>
                      <a:fillRect/>
                    </a:stretch>
                  </pic:blipFill>
                  <pic:spPr>
                    <a:xfrm>
                      <a:off x="0" y="0"/>
                      <a:ext cx="6271260" cy="1454150"/>
                    </a:xfrm>
                    <a:prstGeom prst="rect">
                      <a:avLst/>
                    </a:prstGeom>
                  </pic:spPr>
                </pic:pic>
              </a:graphicData>
            </a:graphic>
          </wp:inline>
        </w:drawing>
      </w:r>
    </w:p>
    <w:p w14:paraId="5A849D28" w14:textId="77777777" w:rsidR="00B328D9" w:rsidRDefault="00B328D9" w:rsidP="005B21E3">
      <w:pPr>
        <w:pStyle w:val="Heading3"/>
        <w:rPr>
          <w:rFonts w:ascii="Lato" w:hAnsi="Lato"/>
          <w:sz w:val="24"/>
          <w:szCs w:val="24"/>
        </w:rPr>
      </w:pPr>
    </w:p>
    <w:p w14:paraId="7BD353EE" w14:textId="72DDA1F3" w:rsidR="005B21E3" w:rsidRDefault="00A20C9A" w:rsidP="007F1260">
      <w:pPr>
        <w:pStyle w:val="Heading2"/>
      </w:pPr>
      <w:bookmarkStart w:id="2" w:name="_Toc192867414"/>
      <w:r w:rsidRPr="001552CD">
        <w:t>Step 2: Configure Source Control Using GitHub</w:t>
      </w:r>
      <w:bookmarkEnd w:id="2"/>
    </w:p>
    <w:p w14:paraId="3E08C9F4" w14:textId="77777777" w:rsidR="007F1260" w:rsidRPr="007F1260" w:rsidRDefault="007F1260" w:rsidP="007F1260"/>
    <w:p w14:paraId="3413ED59" w14:textId="4E0FB5A0" w:rsidR="001159E4" w:rsidRPr="007F1260" w:rsidRDefault="001159E4" w:rsidP="007F1260">
      <w:pPr>
        <w:rPr>
          <w:rFonts w:ascii="Lato" w:hAnsi="Lato"/>
          <w:sz w:val="24"/>
          <w:szCs w:val="24"/>
          <w:lang w:val="en-GB" w:eastAsia="en-GB"/>
        </w:rPr>
      </w:pPr>
      <w:r w:rsidRPr="007F1260">
        <w:rPr>
          <w:rFonts w:ascii="Lato" w:hAnsi="Lato"/>
          <w:sz w:val="24"/>
          <w:szCs w:val="24"/>
          <w:lang w:val="en-GB" w:eastAsia="en-GB"/>
        </w:rPr>
        <w:t>Go to AWS CodePipeline &gt; Create Pipeline.</w:t>
      </w:r>
    </w:p>
    <w:p w14:paraId="7B854054" w14:textId="6746ABFC" w:rsidR="001159E4" w:rsidRPr="007F1260" w:rsidRDefault="001159E4" w:rsidP="007F1260">
      <w:pPr>
        <w:rPr>
          <w:rFonts w:ascii="Lato" w:hAnsi="Lato"/>
          <w:sz w:val="24"/>
          <w:szCs w:val="24"/>
          <w:lang w:val="en-GB" w:eastAsia="en-GB"/>
        </w:rPr>
      </w:pPr>
      <w:r w:rsidRPr="007F1260">
        <w:rPr>
          <w:rFonts w:ascii="Lato" w:hAnsi="Lato"/>
          <w:sz w:val="24"/>
          <w:szCs w:val="24"/>
          <w:lang w:val="en-GB" w:eastAsia="en-GB"/>
        </w:rPr>
        <w:t>Enter a pipeline name, such as NodeJsAppPipeline.</w:t>
      </w:r>
    </w:p>
    <w:p w14:paraId="4201BDEB" w14:textId="1F6E1ACE" w:rsidR="001159E4" w:rsidRPr="007F1260" w:rsidRDefault="001159E4" w:rsidP="007F1260">
      <w:pPr>
        <w:rPr>
          <w:rFonts w:ascii="Lato" w:hAnsi="Lato"/>
          <w:sz w:val="24"/>
          <w:szCs w:val="24"/>
          <w:lang w:val="en-GB" w:eastAsia="en-GB"/>
        </w:rPr>
      </w:pPr>
      <w:r w:rsidRPr="007F1260">
        <w:rPr>
          <w:rFonts w:ascii="Lato" w:hAnsi="Lato"/>
          <w:sz w:val="24"/>
          <w:szCs w:val="24"/>
          <w:lang w:val="en-GB" w:eastAsia="en-GB"/>
        </w:rPr>
        <w:t>Choose New Service Role or select the previously created CodePipelineRole.</w:t>
      </w:r>
    </w:p>
    <w:p w14:paraId="57DFAD52" w14:textId="5D40FF11" w:rsidR="001159E4" w:rsidRPr="007F1260" w:rsidRDefault="001159E4" w:rsidP="007F1260">
      <w:pPr>
        <w:rPr>
          <w:rFonts w:ascii="Lato" w:hAnsi="Lato"/>
          <w:sz w:val="24"/>
          <w:szCs w:val="24"/>
          <w:lang w:val="en-GB" w:eastAsia="en-GB"/>
        </w:rPr>
      </w:pPr>
      <w:r w:rsidRPr="007F1260">
        <w:rPr>
          <w:rFonts w:ascii="Lato" w:hAnsi="Lato"/>
          <w:sz w:val="24"/>
          <w:szCs w:val="24"/>
          <w:lang w:val="en-GB" w:eastAsia="en-GB"/>
        </w:rPr>
        <w:t>For Source Provider, select GitHub.</w:t>
      </w:r>
    </w:p>
    <w:p w14:paraId="3B091189" w14:textId="23C535BE" w:rsidR="001159E4" w:rsidRPr="007F1260" w:rsidRDefault="001159E4" w:rsidP="007F1260">
      <w:pPr>
        <w:rPr>
          <w:rFonts w:ascii="Lato" w:hAnsi="Lato"/>
          <w:sz w:val="24"/>
          <w:szCs w:val="24"/>
          <w:lang w:val="en-GB" w:eastAsia="en-GB"/>
        </w:rPr>
      </w:pPr>
      <w:r w:rsidRPr="007F1260">
        <w:rPr>
          <w:rFonts w:ascii="Lato" w:hAnsi="Lato"/>
          <w:sz w:val="24"/>
          <w:szCs w:val="24"/>
          <w:lang w:val="en-GB" w:eastAsia="en-GB"/>
        </w:rPr>
        <w:t>Click Connect to GitHub and authori</w:t>
      </w:r>
      <w:r w:rsidR="008071B1">
        <w:rPr>
          <w:rFonts w:ascii="Lato" w:hAnsi="Lato"/>
          <w:sz w:val="24"/>
          <w:szCs w:val="24"/>
          <w:lang w:val="en-GB" w:eastAsia="en-GB"/>
        </w:rPr>
        <w:t>s</w:t>
      </w:r>
      <w:r w:rsidRPr="007F1260">
        <w:rPr>
          <w:rFonts w:ascii="Lato" w:hAnsi="Lato"/>
          <w:sz w:val="24"/>
          <w:szCs w:val="24"/>
          <w:lang w:val="en-GB" w:eastAsia="en-GB"/>
        </w:rPr>
        <w:t>e AWS to access your GitHub account.</w:t>
      </w:r>
    </w:p>
    <w:p w14:paraId="063CFC3E" w14:textId="544FC1FC" w:rsidR="005B21E3" w:rsidRPr="007F1260" w:rsidRDefault="005B21E3" w:rsidP="007F1260">
      <w:pPr>
        <w:rPr>
          <w:rFonts w:ascii="Lato" w:hAnsi="Lato"/>
          <w:sz w:val="24"/>
          <w:szCs w:val="24"/>
          <w:lang w:val="en-GB" w:eastAsia="en-GB"/>
        </w:rPr>
      </w:pPr>
      <w:r w:rsidRPr="007F1260">
        <w:rPr>
          <w:rFonts w:ascii="Lato" w:hAnsi="Lato"/>
          <w:sz w:val="24"/>
          <w:szCs w:val="24"/>
          <w:lang w:val="en-GB" w:eastAsia="en-GB"/>
        </w:rPr>
        <w:lastRenderedPageBreak/>
        <w:t xml:space="preserve">Make sure you use </w:t>
      </w:r>
      <w:proofErr w:type="spellStart"/>
      <w:r w:rsidRPr="007F1260">
        <w:rPr>
          <w:rFonts w:ascii="Lato" w:hAnsi="Lato"/>
          <w:sz w:val="24"/>
          <w:szCs w:val="24"/>
          <w:lang w:val="en-GB" w:eastAsia="en-GB"/>
        </w:rPr>
        <w:t>Github</w:t>
      </w:r>
      <w:proofErr w:type="spellEnd"/>
      <w:r w:rsidRPr="007F1260">
        <w:rPr>
          <w:rFonts w:ascii="Lato" w:hAnsi="Lato"/>
          <w:sz w:val="24"/>
          <w:szCs w:val="24"/>
          <w:lang w:val="en-GB" w:eastAsia="en-GB"/>
        </w:rPr>
        <w:t xml:space="preserve"> (via GitHub App) to connect to GitHub.  That way, there will not be any need to enable </w:t>
      </w:r>
      <w:r w:rsidRPr="007F1260">
        <w:rPr>
          <w:rFonts w:ascii="Lato" w:hAnsi="Lato"/>
          <w:sz w:val="24"/>
          <w:szCs w:val="24"/>
          <w:lang w:eastAsia="en-GB"/>
        </w:rPr>
        <w:t>Webhook Integration manually.  Also ensure that AWS Connector for GitHub is installed under Applications in GitHub.</w:t>
      </w:r>
    </w:p>
    <w:p w14:paraId="65F27A14" w14:textId="74369E97" w:rsidR="001159E4" w:rsidRPr="007F1260" w:rsidRDefault="001159E4" w:rsidP="007F1260">
      <w:pPr>
        <w:rPr>
          <w:rFonts w:ascii="Lato" w:hAnsi="Lato"/>
          <w:sz w:val="24"/>
          <w:szCs w:val="24"/>
          <w:lang w:val="en-GB" w:eastAsia="en-GB"/>
        </w:rPr>
      </w:pPr>
      <w:r w:rsidRPr="007F1260">
        <w:rPr>
          <w:rFonts w:ascii="Lato" w:hAnsi="Lato"/>
          <w:sz w:val="24"/>
          <w:szCs w:val="24"/>
          <w:lang w:val="en-GB" w:eastAsia="en-GB"/>
        </w:rPr>
        <w:t>Select your repository and branch (e.g., main) that will trigger the pipeline</w:t>
      </w:r>
      <w:r w:rsidR="005B21E3" w:rsidRPr="007F1260">
        <w:rPr>
          <w:rFonts w:ascii="Lato" w:hAnsi="Lato"/>
          <w:sz w:val="24"/>
          <w:szCs w:val="24"/>
          <w:lang w:val="en-GB" w:eastAsia="en-GB"/>
        </w:rPr>
        <w:t xml:space="preserve"> and create the pipeline.</w:t>
      </w:r>
    </w:p>
    <w:p w14:paraId="6BAAAC67" w14:textId="55387430" w:rsidR="005B21E3" w:rsidRPr="007F1260" w:rsidRDefault="00C22493" w:rsidP="007F1260">
      <w:pPr>
        <w:rPr>
          <w:rFonts w:ascii="Lato" w:hAnsi="Lato"/>
          <w:sz w:val="24"/>
          <w:szCs w:val="24"/>
        </w:rPr>
      </w:pPr>
      <w:r w:rsidRPr="00C22493">
        <w:rPr>
          <w:noProof/>
        </w:rPr>
        <w:drawing>
          <wp:inline distT="0" distB="0" distL="0" distR="0" wp14:anchorId="42D88608" wp14:editId="6DEE788E">
            <wp:extent cx="5861050" cy="2184400"/>
            <wp:effectExtent l="0" t="0" r="6350" b="6350"/>
            <wp:docPr id="14086099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09974" name="Picture 1" descr="A screenshot of a computer&#10;&#10;AI-generated content may be incorrect."/>
                    <pic:cNvPicPr/>
                  </pic:nvPicPr>
                  <pic:blipFill>
                    <a:blip r:embed="rId17"/>
                    <a:stretch>
                      <a:fillRect/>
                    </a:stretch>
                  </pic:blipFill>
                  <pic:spPr>
                    <a:xfrm>
                      <a:off x="0" y="0"/>
                      <a:ext cx="5861050" cy="2184400"/>
                    </a:xfrm>
                    <a:prstGeom prst="rect">
                      <a:avLst/>
                    </a:prstGeom>
                  </pic:spPr>
                </pic:pic>
              </a:graphicData>
            </a:graphic>
          </wp:inline>
        </w:drawing>
      </w:r>
    </w:p>
    <w:p w14:paraId="7F2F4C7D" w14:textId="318FAA40" w:rsidR="000814A4" w:rsidRPr="00515356" w:rsidRDefault="00A20C9A" w:rsidP="00515356">
      <w:pPr>
        <w:pStyle w:val="Heading2"/>
        <w:rPr>
          <w:sz w:val="28"/>
          <w:szCs w:val="28"/>
        </w:rPr>
      </w:pPr>
      <w:bookmarkStart w:id="3" w:name="_Toc192867415"/>
      <w:r w:rsidRPr="00515356">
        <w:rPr>
          <w:sz w:val="28"/>
          <w:szCs w:val="28"/>
        </w:rPr>
        <w:t xml:space="preserve">Step </w:t>
      </w:r>
      <w:r w:rsidR="00E83485" w:rsidRPr="00515356">
        <w:rPr>
          <w:sz w:val="28"/>
          <w:szCs w:val="28"/>
        </w:rPr>
        <w:t>3</w:t>
      </w:r>
      <w:r w:rsidRPr="00515356">
        <w:rPr>
          <w:sz w:val="28"/>
          <w:szCs w:val="28"/>
        </w:rPr>
        <w:t xml:space="preserve">: </w:t>
      </w:r>
      <w:r w:rsidR="00E83485" w:rsidRPr="00515356">
        <w:rPr>
          <w:sz w:val="28"/>
          <w:szCs w:val="28"/>
        </w:rPr>
        <w:t>Configure the Deploy Stage in AWS CodePipeline</w:t>
      </w:r>
      <w:bookmarkEnd w:id="3"/>
    </w:p>
    <w:p w14:paraId="786F477B" w14:textId="1208FB51" w:rsidR="00913EAC" w:rsidRPr="00913EAC" w:rsidRDefault="00913EAC" w:rsidP="00913EAC">
      <w:pPr>
        <w:rPr>
          <w:b/>
          <w:bCs/>
          <w:lang w:val="en-GB"/>
        </w:rPr>
      </w:pPr>
    </w:p>
    <w:p w14:paraId="3AB67893" w14:textId="548EBA94" w:rsidR="00913EAC" w:rsidRPr="001C4866" w:rsidRDefault="00913EAC" w:rsidP="001C4866">
      <w:pPr>
        <w:rPr>
          <w:rFonts w:ascii="Lato" w:hAnsi="Lato"/>
          <w:b/>
          <w:bCs/>
          <w:sz w:val="24"/>
          <w:szCs w:val="24"/>
          <w:lang w:val="en-GB"/>
        </w:rPr>
      </w:pPr>
      <w:r w:rsidRPr="001C4866">
        <w:rPr>
          <w:rFonts w:ascii="Lato" w:hAnsi="Lato"/>
          <w:sz w:val="24"/>
          <w:szCs w:val="24"/>
          <w:lang w:val="en-GB"/>
        </w:rPr>
        <w:t>Go to AWS CodeDeploy &gt; Open the AWS Management Console &gt; Search for AWS CodeDeploy and click on it.</w:t>
      </w:r>
    </w:p>
    <w:p w14:paraId="4A15F8D5" w14:textId="551943B7" w:rsidR="00913EAC" w:rsidRPr="001C4866" w:rsidRDefault="00913EAC" w:rsidP="001C4866">
      <w:pPr>
        <w:rPr>
          <w:rFonts w:ascii="Lato" w:eastAsia="Times New Roman" w:hAnsi="Lato" w:cs="Times New Roman"/>
          <w:sz w:val="24"/>
          <w:szCs w:val="24"/>
          <w:lang w:val="en-GB" w:eastAsia="en-GB"/>
        </w:rPr>
      </w:pPr>
      <w:r w:rsidRPr="001C4866">
        <w:rPr>
          <w:rFonts w:ascii="Lato" w:eastAsia="Times New Roman" w:hAnsi="Lato" w:cs="Times New Roman"/>
          <w:sz w:val="24"/>
          <w:szCs w:val="24"/>
          <w:lang w:val="en-GB" w:eastAsia="en-GB"/>
        </w:rPr>
        <w:t>Create a New Application</w:t>
      </w:r>
      <w:r w:rsidR="009662FA" w:rsidRPr="001C4866">
        <w:rPr>
          <w:rFonts w:ascii="Lato" w:eastAsia="Times New Roman" w:hAnsi="Lato" w:cs="Times New Roman"/>
          <w:sz w:val="24"/>
          <w:szCs w:val="24"/>
          <w:lang w:val="en-GB" w:eastAsia="en-GB"/>
        </w:rPr>
        <w:t xml:space="preserve"> &gt; </w:t>
      </w:r>
      <w:r w:rsidRPr="001C4866">
        <w:rPr>
          <w:rFonts w:ascii="Lato" w:eastAsia="Times New Roman" w:hAnsi="Lato" w:cs="Times New Roman"/>
          <w:sz w:val="24"/>
          <w:szCs w:val="24"/>
          <w:lang w:val="en-GB" w:eastAsia="en-GB"/>
        </w:rPr>
        <w:t>Click Create Application.</w:t>
      </w:r>
    </w:p>
    <w:p w14:paraId="47F7EC81" w14:textId="21596586" w:rsidR="00913EAC" w:rsidRPr="001C4866" w:rsidRDefault="00913EAC" w:rsidP="001C4866">
      <w:pPr>
        <w:rPr>
          <w:rFonts w:ascii="Lato" w:eastAsia="Times New Roman" w:hAnsi="Lato" w:cs="Times New Roman"/>
          <w:sz w:val="24"/>
          <w:szCs w:val="24"/>
          <w:lang w:val="en-GB" w:eastAsia="en-GB"/>
        </w:rPr>
      </w:pPr>
      <w:r w:rsidRPr="001C4866">
        <w:rPr>
          <w:rFonts w:ascii="Lato" w:eastAsia="Times New Roman" w:hAnsi="Lato" w:cs="Times New Roman"/>
          <w:sz w:val="24"/>
          <w:szCs w:val="24"/>
          <w:lang w:val="en-GB" w:eastAsia="en-GB"/>
        </w:rPr>
        <w:t>Fill in the details as follows:</w:t>
      </w:r>
    </w:p>
    <w:p w14:paraId="0D38E4A3" w14:textId="77777777" w:rsidR="00913EAC" w:rsidRPr="001C4866" w:rsidRDefault="00913EAC" w:rsidP="001C4866">
      <w:pPr>
        <w:rPr>
          <w:rFonts w:ascii="Lato" w:eastAsia="Times New Roman" w:hAnsi="Lato" w:cs="Times New Roman"/>
          <w:sz w:val="24"/>
          <w:szCs w:val="24"/>
          <w:lang w:val="en-GB" w:eastAsia="en-GB"/>
        </w:rPr>
      </w:pPr>
      <w:r w:rsidRPr="001C4866">
        <w:rPr>
          <w:rFonts w:ascii="Lato" w:eastAsia="Times New Roman" w:hAnsi="Lato" w:cs="Times New Roman"/>
          <w:sz w:val="24"/>
          <w:szCs w:val="24"/>
          <w:lang w:val="en-GB" w:eastAsia="en-GB"/>
        </w:rPr>
        <w:t xml:space="preserve">Application Name: </w:t>
      </w:r>
      <w:proofErr w:type="spellStart"/>
      <w:r w:rsidRPr="001C4866">
        <w:rPr>
          <w:rFonts w:ascii="Lato" w:eastAsia="Times New Roman" w:hAnsi="Lato" w:cs="Courier New"/>
          <w:sz w:val="24"/>
          <w:szCs w:val="24"/>
          <w:lang w:val="en-GB" w:eastAsia="en-GB"/>
        </w:rPr>
        <w:t>NodeJsAppDeploy</w:t>
      </w:r>
      <w:proofErr w:type="spellEnd"/>
      <w:r w:rsidRPr="001C4866">
        <w:rPr>
          <w:rFonts w:ascii="Lato" w:eastAsia="Times New Roman" w:hAnsi="Lato" w:cs="Times New Roman"/>
          <w:sz w:val="24"/>
          <w:szCs w:val="24"/>
          <w:lang w:val="en-GB" w:eastAsia="en-GB"/>
        </w:rPr>
        <w:t xml:space="preserve"> (or any name you prefer)</w:t>
      </w:r>
    </w:p>
    <w:p w14:paraId="5AA7F789" w14:textId="77777777" w:rsidR="00913EAC" w:rsidRPr="001C4866" w:rsidRDefault="00913EAC" w:rsidP="001C4866">
      <w:pPr>
        <w:rPr>
          <w:rFonts w:ascii="Lato" w:eastAsia="Times New Roman" w:hAnsi="Lato" w:cs="Times New Roman"/>
          <w:sz w:val="24"/>
          <w:szCs w:val="24"/>
          <w:lang w:val="en-GB" w:eastAsia="en-GB"/>
        </w:rPr>
      </w:pPr>
      <w:r w:rsidRPr="001C4866">
        <w:rPr>
          <w:rFonts w:ascii="Lato" w:eastAsia="Times New Roman" w:hAnsi="Lato" w:cs="Times New Roman"/>
          <w:sz w:val="24"/>
          <w:szCs w:val="24"/>
          <w:lang w:val="en-GB" w:eastAsia="en-GB"/>
        </w:rPr>
        <w:t>Compute Platform: Select EC2/On-Premises</w:t>
      </w:r>
    </w:p>
    <w:p w14:paraId="78D0370E" w14:textId="575B0ECA" w:rsidR="00913EAC" w:rsidRPr="001C4866" w:rsidRDefault="00913EAC" w:rsidP="001C4866">
      <w:pPr>
        <w:rPr>
          <w:rFonts w:ascii="Lato" w:eastAsia="Times New Roman" w:hAnsi="Lato" w:cs="Times New Roman"/>
          <w:sz w:val="24"/>
          <w:szCs w:val="24"/>
          <w:lang w:val="en-GB" w:eastAsia="en-GB"/>
        </w:rPr>
      </w:pPr>
      <w:r w:rsidRPr="001C4866">
        <w:rPr>
          <w:rFonts w:ascii="Lato" w:eastAsia="Times New Roman" w:hAnsi="Lato" w:cs="Times New Roman"/>
          <w:sz w:val="24"/>
          <w:szCs w:val="24"/>
          <w:lang w:val="en-GB" w:eastAsia="en-GB"/>
        </w:rPr>
        <w:t>Click Create Application</w:t>
      </w:r>
    </w:p>
    <w:p w14:paraId="471898DC" w14:textId="231E4A1A" w:rsidR="00140A1A" w:rsidRDefault="009662FA" w:rsidP="001C4866">
      <w:pPr>
        <w:spacing w:before="100" w:beforeAutospacing="1" w:after="100" w:afterAutospacing="1" w:line="240" w:lineRule="auto"/>
        <w:rPr>
          <w:rFonts w:ascii="Lato" w:eastAsia="Times New Roman" w:hAnsi="Lato" w:cs="Times New Roman"/>
          <w:sz w:val="24"/>
          <w:szCs w:val="24"/>
          <w:lang w:val="en-GB" w:eastAsia="en-GB"/>
        </w:rPr>
      </w:pPr>
      <w:r w:rsidRPr="009662FA">
        <w:rPr>
          <w:rFonts w:ascii="Lato" w:eastAsia="Times New Roman" w:hAnsi="Lato" w:cs="Times New Roman"/>
          <w:noProof/>
          <w:sz w:val="24"/>
          <w:szCs w:val="24"/>
          <w:lang w:val="en-GB" w:eastAsia="en-GB"/>
        </w:rPr>
        <w:lastRenderedPageBreak/>
        <w:drawing>
          <wp:inline distT="0" distB="0" distL="0" distR="0" wp14:anchorId="0EF3A87F" wp14:editId="753A69CB">
            <wp:extent cx="6210300" cy="2182495"/>
            <wp:effectExtent l="0" t="0" r="0" b="8255"/>
            <wp:docPr id="2080065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6525" name="Picture 1" descr="A screenshot of a computer&#10;&#10;AI-generated content may be incorrect."/>
                    <pic:cNvPicPr/>
                  </pic:nvPicPr>
                  <pic:blipFill>
                    <a:blip r:embed="rId18"/>
                    <a:stretch>
                      <a:fillRect/>
                    </a:stretch>
                  </pic:blipFill>
                  <pic:spPr>
                    <a:xfrm>
                      <a:off x="0" y="0"/>
                      <a:ext cx="6219341" cy="2185672"/>
                    </a:xfrm>
                    <a:prstGeom prst="rect">
                      <a:avLst/>
                    </a:prstGeom>
                  </pic:spPr>
                </pic:pic>
              </a:graphicData>
            </a:graphic>
          </wp:inline>
        </w:drawing>
      </w:r>
    </w:p>
    <w:p w14:paraId="75AC3716" w14:textId="11769582" w:rsidR="00C1486B" w:rsidRPr="001C4866" w:rsidRDefault="00C1486B" w:rsidP="001C4866">
      <w:pPr>
        <w:rPr>
          <w:rFonts w:ascii="Lato" w:hAnsi="Lato"/>
          <w:sz w:val="24"/>
          <w:szCs w:val="24"/>
          <w:lang w:val="en-GB" w:eastAsia="en-GB"/>
        </w:rPr>
      </w:pPr>
      <w:r w:rsidRPr="001C4866">
        <w:rPr>
          <w:rFonts w:ascii="Lato" w:hAnsi="Lato"/>
          <w:sz w:val="24"/>
          <w:szCs w:val="24"/>
          <w:lang w:val="en-GB" w:eastAsia="en-GB"/>
        </w:rPr>
        <w:t xml:space="preserve">Create an </w:t>
      </w:r>
      <w:r w:rsidRPr="001C4866">
        <w:rPr>
          <w:rFonts w:ascii="Lato" w:hAnsi="Lato"/>
          <w:sz w:val="24"/>
          <w:szCs w:val="24"/>
          <w:lang w:eastAsia="en-GB"/>
        </w:rPr>
        <w:t xml:space="preserve">Instance Profile for </w:t>
      </w:r>
      <w:proofErr w:type="spellStart"/>
      <w:r w:rsidRPr="001C4866">
        <w:rPr>
          <w:rFonts w:ascii="Lato" w:hAnsi="Lato"/>
          <w:sz w:val="24"/>
          <w:szCs w:val="24"/>
          <w:lang w:eastAsia="en-GB"/>
        </w:rPr>
        <w:t>CodeDeployRole</w:t>
      </w:r>
      <w:proofErr w:type="spellEnd"/>
      <w:r w:rsidRPr="001C4866">
        <w:rPr>
          <w:rFonts w:ascii="Lato" w:hAnsi="Lato"/>
          <w:sz w:val="24"/>
          <w:szCs w:val="24"/>
          <w:lang w:eastAsia="en-GB"/>
        </w:rPr>
        <w:t xml:space="preserve">, attach the  </w:t>
      </w:r>
      <w:proofErr w:type="spellStart"/>
      <w:r w:rsidRPr="001C4866">
        <w:rPr>
          <w:rFonts w:ascii="Lato" w:hAnsi="Lato"/>
          <w:sz w:val="24"/>
          <w:szCs w:val="24"/>
          <w:lang w:eastAsia="en-GB"/>
        </w:rPr>
        <w:t>CodeDeployRole</w:t>
      </w:r>
      <w:proofErr w:type="spellEnd"/>
      <w:r w:rsidRPr="001C4866">
        <w:rPr>
          <w:rFonts w:ascii="Lato" w:hAnsi="Lato"/>
          <w:sz w:val="24"/>
          <w:szCs w:val="24"/>
          <w:lang w:eastAsia="en-GB"/>
        </w:rPr>
        <w:t xml:space="preserve"> IAM Role to the Instance Profile and verify that the Instance Profile was created.</w:t>
      </w:r>
    </w:p>
    <w:p w14:paraId="3188AF6C" w14:textId="1A9FB554" w:rsidR="00C1486B" w:rsidRPr="001C4866" w:rsidRDefault="00C1486B" w:rsidP="001C4866">
      <w:pPr>
        <w:spacing w:before="100" w:beforeAutospacing="1" w:after="100" w:afterAutospacing="1" w:line="240" w:lineRule="auto"/>
        <w:rPr>
          <w:rFonts w:ascii="Lato" w:eastAsia="Times New Roman" w:hAnsi="Lato" w:cs="Times New Roman"/>
          <w:sz w:val="24"/>
          <w:szCs w:val="24"/>
          <w:lang w:val="en-GB" w:eastAsia="en-GB"/>
        </w:rPr>
      </w:pPr>
      <w:r w:rsidRPr="00BD1B06">
        <w:rPr>
          <w:noProof/>
          <w:lang w:val="en-GB" w:eastAsia="en-GB"/>
        </w:rPr>
        <w:drawing>
          <wp:inline distT="0" distB="0" distL="0" distR="0" wp14:anchorId="4096F5BF" wp14:editId="4A23CFCF">
            <wp:extent cx="6292850" cy="2394516"/>
            <wp:effectExtent l="0" t="0" r="0" b="6350"/>
            <wp:docPr id="279073962"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73962" name="Picture 1" descr="A screen shot of a computer&#10;&#10;AI-generated content may be incorrect."/>
                    <pic:cNvPicPr/>
                  </pic:nvPicPr>
                  <pic:blipFill>
                    <a:blip r:embed="rId19"/>
                    <a:stretch>
                      <a:fillRect/>
                    </a:stretch>
                  </pic:blipFill>
                  <pic:spPr>
                    <a:xfrm>
                      <a:off x="0" y="0"/>
                      <a:ext cx="6292850" cy="2394516"/>
                    </a:xfrm>
                    <a:prstGeom prst="rect">
                      <a:avLst/>
                    </a:prstGeom>
                  </pic:spPr>
                </pic:pic>
              </a:graphicData>
            </a:graphic>
          </wp:inline>
        </w:drawing>
      </w:r>
    </w:p>
    <w:p w14:paraId="1A1358E8" w14:textId="1F4285C5" w:rsidR="004A4A97" w:rsidRPr="008F7D37" w:rsidRDefault="005A6FCE" w:rsidP="008F7D37">
      <w:pPr>
        <w:rPr>
          <w:rFonts w:ascii="Lato" w:hAnsi="Lato"/>
          <w:sz w:val="24"/>
          <w:szCs w:val="24"/>
          <w:lang w:val="en-GB" w:eastAsia="en-GB"/>
        </w:rPr>
      </w:pPr>
      <w:r w:rsidRPr="008F7D37">
        <w:rPr>
          <w:rFonts w:ascii="Lato" w:hAnsi="Lato"/>
          <w:sz w:val="24"/>
          <w:szCs w:val="24"/>
          <w:lang w:val="en-GB" w:eastAsia="en-GB"/>
        </w:rPr>
        <w:t xml:space="preserve">Create </w:t>
      </w:r>
      <w:r w:rsidR="004A4A97" w:rsidRPr="008F7D37">
        <w:rPr>
          <w:rFonts w:ascii="Lato" w:hAnsi="Lato"/>
          <w:sz w:val="24"/>
          <w:szCs w:val="24"/>
          <w:lang w:val="en-GB" w:eastAsia="en-GB"/>
        </w:rPr>
        <w:t xml:space="preserve">an </w:t>
      </w:r>
      <w:r w:rsidRPr="008F7D37">
        <w:rPr>
          <w:rFonts w:ascii="Lato" w:hAnsi="Lato"/>
          <w:sz w:val="24"/>
          <w:szCs w:val="24"/>
          <w:lang w:val="en-GB" w:eastAsia="en-GB"/>
        </w:rPr>
        <w:t xml:space="preserve">EC2 instance </w:t>
      </w:r>
      <w:r w:rsidR="00C1486B" w:rsidRPr="008F7D37">
        <w:rPr>
          <w:rFonts w:ascii="Lato" w:hAnsi="Lato"/>
          <w:sz w:val="24"/>
          <w:szCs w:val="24"/>
          <w:lang w:val="en-GB" w:eastAsia="en-GB"/>
        </w:rPr>
        <w:t xml:space="preserve">and associate the </w:t>
      </w:r>
      <w:proofErr w:type="spellStart"/>
      <w:r w:rsidR="00C1486B" w:rsidRPr="008F7D37">
        <w:rPr>
          <w:rFonts w:ascii="Lato" w:hAnsi="Lato"/>
          <w:sz w:val="24"/>
          <w:szCs w:val="24"/>
          <w:lang w:eastAsia="en-GB"/>
        </w:rPr>
        <w:t>CodeDeployRole</w:t>
      </w:r>
      <w:proofErr w:type="spellEnd"/>
      <w:r w:rsidR="00C1486B" w:rsidRPr="008F7D37">
        <w:rPr>
          <w:rFonts w:ascii="Lato" w:hAnsi="Lato"/>
          <w:sz w:val="24"/>
          <w:szCs w:val="24"/>
          <w:lang w:eastAsia="en-GB"/>
        </w:rPr>
        <w:t xml:space="preserve"> to the instance.  </w:t>
      </w:r>
    </w:p>
    <w:p w14:paraId="6B6E8F8D" w14:textId="572E8B4A" w:rsidR="00B24761" w:rsidRPr="008F7D37" w:rsidRDefault="004A4A97" w:rsidP="008F7D37">
      <w:pPr>
        <w:pStyle w:val="ListParagraph"/>
        <w:spacing w:before="100" w:beforeAutospacing="1" w:after="100" w:afterAutospacing="1" w:line="240" w:lineRule="auto"/>
        <w:rPr>
          <w:rFonts w:ascii="Lato" w:eastAsia="Times New Roman" w:hAnsi="Lato" w:cs="Times New Roman"/>
          <w:sz w:val="24"/>
          <w:szCs w:val="24"/>
          <w:lang w:val="en-GB" w:eastAsia="en-GB"/>
        </w:rPr>
      </w:pPr>
      <w:r w:rsidRPr="004A4A97">
        <w:rPr>
          <w:rFonts w:ascii="Lato" w:eastAsia="Times New Roman" w:hAnsi="Lato" w:cs="Times New Roman"/>
          <w:noProof/>
          <w:sz w:val="24"/>
          <w:szCs w:val="24"/>
          <w:lang w:val="en-GB" w:eastAsia="en-GB"/>
        </w:rPr>
        <w:drawing>
          <wp:inline distT="0" distB="0" distL="0" distR="0" wp14:anchorId="5B315F61" wp14:editId="4EF6627D">
            <wp:extent cx="5892800" cy="1301750"/>
            <wp:effectExtent l="0" t="0" r="0" b="0"/>
            <wp:docPr id="298677812"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77812" name="Picture 1" descr="A close-up of a computer screen&#10;&#10;AI-generated content may be incorrect."/>
                    <pic:cNvPicPr/>
                  </pic:nvPicPr>
                  <pic:blipFill>
                    <a:blip r:embed="rId20"/>
                    <a:stretch>
                      <a:fillRect/>
                    </a:stretch>
                  </pic:blipFill>
                  <pic:spPr>
                    <a:xfrm>
                      <a:off x="0" y="0"/>
                      <a:ext cx="5892800" cy="1301750"/>
                    </a:xfrm>
                    <a:prstGeom prst="rect">
                      <a:avLst/>
                    </a:prstGeom>
                  </pic:spPr>
                </pic:pic>
              </a:graphicData>
            </a:graphic>
          </wp:inline>
        </w:drawing>
      </w:r>
    </w:p>
    <w:p w14:paraId="31BEEBDD" w14:textId="739AB5A8" w:rsidR="00B24761" w:rsidRDefault="00B24761" w:rsidP="00637849">
      <w:pPr>
        <w:pStyle w:val="ListParagraph"/>
        <w:spacing w:before="100" w:beforeAutospacing="1" w:after="100" w:afterAutospacing="1" w:line="240" w:lineRule="auto"/>
        <w:rPr>
          <w:rFonts w:ascii="Lato" w:eastAsia="Times New Roman" w:hAnsi="Lato" w:cs="Times New Roman"/>
          <w:sz w:val="24"/>
          <w:szCs w:val="24"/>
          <w:lang w:val="en-GB" w:eastAsia="en-GB"/>
        </w:rPr>
      </w:pPr>
    </w:p>
    <w:p w14:paraId="6BFE15BB" w14:textId="00B80365" w:rsidR="00B24761" w:rsidRPr="008F7D37" w:rsidRDefault="00B24761" w:rsidP="008F7D37">
      <w:pPr>
        <w:rPr>
          <w:rFonts w:ascii="Lato" w:hAnsi="Lato"/>
          <w:sz w:val="24"/>
          <w:szCs w:val="24"/>
          <w:lang w:val="en-GB" w:eastAsia="en-GB"/>
        </w:rPr>
      </w:pPr>
      <w:r w:rsidRPr="008F7D37">
        <w:rPr>
          <w:rFonts w:ascii="Lato" w:hAnsi="Lato"/>
          <w:sz w:val="24"/>
          <w:szCs w:val="24"/>
          <w:lang w:val="en-GB" w:eastAsia="en-GB"/>
        </w:rPr>
        <w:t>SSH into the EC2 instance</w:t>
      </w:r>
    </w:p>
    <w:p w14:paraId="4CE63E80" w14:textId="6819D9C8" w:rsidR="00885E2E" w:rsidRPr="008F7D37" w:rsidRDefault="00B24761" w:rsidP="008F7D37">
      <w:pPr>
        <w:pStyle w:val="ListParagraph"/>
        <w:spacing w:before="100" w:beforeAutospacing="1" w:after="100" w:afterAutospacing="1" w:line="240" w:lineRule="auto"/>
        <w:rPr>
          <w:rFonts w:ascii="Lato" w:eastAsia="Times New Roman" w:hAnsi="Lato" w:cs="Times New Roman"/>
          <w:sz w:val="24"/>
          <w:szCs w:val="24"/>
          <w:lang w:val="en-GB" w:eastAsia="en-GB"/>
        </w:rPr>
      </w:pPr>
      <w:r w:rsidRPr="00B24761">
        <w:rPr>
          <w:rFonts w:ascii="Lato" w:eastAsia="Times New Roman" w:hAnsi="Lato" w:cs="Times New Roman"/>
          <w:noProof/>
          <w:sz w:val="24"/>
          <w:szCs w:val="24"/>
          <w:lang w:val="en-GB" w:eastAsia="en-GB"/>
        </w:rPr>
        <w:lastRenderedPageBreak/>
        <w:drawing>
          <wp:inline distT="0" distB="0" distL="0" distR="0" wp14:anchorId="2B6116AA" wp14:editId="0810DFF2">
            <wp:extent cx="5867400" cy="1904678"/>
            <wp:effectExtent l="0" t="0" r="0" b="635"/>
            <wp:docPr id="104700416"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0416" name="Picture 1" descr="A screen shot of a computer&#10;&#10;AI-generated content may be incorrect."/>
                    <pic:cNvPicPr/>
                  </pic:nvPicPr>
                  <pic:blipFill>
                    <a:blip r:embed="rId21"/>
                    <a:stretch>
                      <a:fillRect/>
                    </a:stretch>
                  </pic:blipFill>
                  <pic:spPr>
                    <a:xfrm>
                      <a:off x="0" y="0"/>
                      <a:ext cx="5903078" cy="1916260"/>
                    </a:xfrm>
                    <a:prstGeom prst="rect">
                      <a:avLst/>
                    </a:prstGeom>
                  </pic:spPr>
                </pic:pic>
              </a:graphicData>
            </a:graphic>
          </wp:inline>
        </w:drawing>
      </w:r>
    </w:p>
    <w:p w14:paraId="57EEF4F4" w14:textId="77777777" w:rsidR="00885E2E" w:rsidRDefault="00885E2E" w:rsidP="00637849">
      <w:pPr>
        <w:pStyle w:val="ListParagraph"/>
        <w:spacing w:before="100" w:beforeAutospacing="1" w:after="100" w:afterAutospacing="1" w:line="240" w:lineRule="auto"/>
        <w:rPr>
          <w:rFonts w:ascii="Lato" w:eastAsia="Times New Roman" w:hAnsi="Lato" w:cs="Times New Roman"/>
          <w:sz w:val="24"/>
          <w:szCs w:val="24"/>
          <w:lang w:val="en-GB" w:eastAsia="en-GB"/>
        </w:rPr>
      </w:pPr>
    </w:p>
    <w:p w14:paraId="7DA44262" w14:textId="6644F0B8" w:rsidR="00B24761" w:rsidRPr="00FE2294" w:rsidRDefault="00B24761" w:rsidP="00FE2294">
      <w:pPr>
        <w:rPr>
          <w:rFonts w:ascii="Lato" w:hAnsi="Lato"/>
          <w:sz w:val="24"/>
          <w:szCs w:val="24"/>
          <w:lang w:val="en-GB" w:eastAsia="en-GB"/>
        </w:rPr>
      </w:pPr>
      <w:r w:rsidRPr="00FE2294">
        <w:rPr>
          <w:rFonts w:ascii="Lato" w:hAnsi="Lato"/>
          <w:sz w:val="24"/>
          <w:szCs w:val="24"/>
          <w:lang w:eastAsia="en-GB"/>
        </w:rPr>
        <w:t>Install, Enable and Start the AWS CodeDeploy Agent</w:t>
      </w:r>
    </w:p>
    <w:p w14:paraId="5AA42886" w14:textId="2D0C17A8" w:rsidR="00637849" w:rsidRPr="00FE2294" w:rsidRDefault="00B24761" w:rsidP="00FE2294">
      <w:pPr>
        <w:pStyle w:val="ListParagraph"/>
        <w:spacing w:before="100" w:beforeAutospacing="1" w:after="100" w:afterAutospacing="1" w:line="240" w:lineRule="auto"/>
        <w:rPr>
          <w:rFonts w:ascii="Lato" w:eastAsia="Times New Roman" w:hAnsi="Lato" w:cs="Times New Roman"/>
          <w:sz w:val="24"/>
          <w:szCs w:val="24"/>
          <w:lang w:val="en-GB" w:eastAsia="en-GB"/>
        </w:rPr>
      </w:pPr>
      <w:r w:rsidRPr="00B24761">
        <w:rPr>
          <w:rFonts w:ascii="Lato" w:eastAsia="Times New Roman" w:hAnsi="Lato" w:cs="Times New Roman"/>
          <w:noProof/>
          <w:sz w:val="24"/>
          <w:szCs w:val="24"/>
          <w:lang w:val="en-GB" w:eastAsia="en-GB"/>
        </w:rPr>
        <w:drawing>
          <wp:inline distT="0" distB="0" distL="0" distR="0" wp14:anchorId="29779777" wp14:editId="1ACD34DB">
            <wp:extent cx="5854700" cy="3079750"/>
            <wp:effectExtent l="0" t="0" r="0" b="6350"/>
            <wp:docPr id="2118656869"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56869" name="Picture 1" descr="A screenshot of a computer program&#10;&#10;AI-generated content may be incorrect."/>
                    <pic:cNvPicPr/>
                  </pic:nvPicPr>
                  <pic:blipFill>
                    <a:blip r:embed="rId22"/>
                    <a:stretch>
                      <a:fillRect/>
                    </a:stretch>
                  </pic:blipFill>
                  <pic:spPr>
                    <a:xfrm>
                      <a:off x="0" y="0"/>
                      <a:ext cx="5854700" cy="3079750"/>
                    </a:xfrm>
                    <a:prstGeom prst="rect">
                      <a:avLst/>
                    </a:prstGeom>
                  </pic:spPr>
                </pic:pic>
              </a:graphicData>
            </a:graphic>
          </wp:inline>
        </w:drawing>
      </w:r>
    </w:p>
    <w:p w14:paraId="2C23D1E3" w14:textId="5FC1330B" w:rsidR="009267A0" w:rsidRPr="00FE2294" w:rsidRDefault="009662FA" w:rsidP="00FE2294">
      <w:pPr>
        <w:rPr>
          <w:rFonts w:ascii="Lato" w:hAnsi="Lato"/>
          <w:sz w:val="24"/>
          <w:szCs w:val="24"/>
          <w:lang w:val="en-GB" w:eastAsia="en-GB"/>
        </w:rPr>
      </w:pPr>
      <w:r w:rsidRPr="00FE2294">
        <w:rPr>
          <w:rFonts w:ascii="Lato" w:hAnsi="Lato"/>
          <w:sz w:val="24"/>
          <w:szCs w:val="24"/>
          <w:lang w:val="en-GB" w:eastAsia="en-GB"/>
        </w:rPr>
        <w:t xml:space="preserve">Create a Deployment Group </w:t>
      </w:r>
      <w:r w:rsidR="009267A0" w:rsidRPr="00FE2294">
        <w:rPr>
          <w:rFonts w:ascii="Lato" w:hAnsi="Lato"/>
          <w:sz w:val="24"/>
          <w:szCs w:val="24"/>
          <w:lang w:val="en-GB" w:eastAsia="en-GB"/>
        </w:rPr>
        <w:t>under applications in CodeDeploy</w:t>
      </w:r>
    </w:p>
    <w:p w14:paraId="74B0CD83" w14:textId="0A7A3160" w:rsidR="009267A0" w:rsidRPr="009267A0" w:rsidRDefault="009267A0" w:rsidP="009267A0">
      <w:pPr>
        <w:spacing w:before="100" w:beforeAutospacing="1" w:after="100" w:afterAutospacing="1" w:line="240" w:lineRule="auto"/>
        <w:ind w:left="360"/>
        <w:rPr>
          <w:rFonts w:ascii="Lato" w:eastAsia="Times New Roman" w:hAnsi="Lato" w:cs="Times New Roman"/>
          <w:sz w:val="24"/>
          <w:szCs w:val="24"/>
          <w:lang w:val="en-GB" w:eastAsia="en-GB"/>
        </w:rPr>
      </w:pPr>
      <w:r w:rsidRPr="009267A0">
        <w:rPr>
          <w:noProof/>
          <w:lang w:val="en-GB" w:eastAsia="en-GB"/>
        </w:rPr>
        <w:lastRenderedPageBreak/>
        <w:drawing>
          <wp:inline distT="0" distB="0" distL="0" distR="0" wp14:anchorId="0CC4E228" wp14:editId="7BCD59F6">
            <wp:extent cx="6070600" cy="2101850"/>
            <wp:effectExtent l="0" t="0" r="6350" b="0"/>
            <wp:docPr id="17134618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61837" name="Picture 1" descr="A screenshot of a computer&#10;&#10;AI-generated content may be incorrect."/>
                    <pic:cNvPicPr/>
                  </pic:nvPicPr>
                  <pic:blipFill>
                    <a:blip r:embed="rId23"/>
                    <a:stretch>
                      <a:fillRect/>
                    </a:stretch>
                  </pic:blipFill>
                  <pic:spPr>
                    <a:xfrm>
                      <a:off x="0" y="0"/>
                      <a:ext cx="6101282" cy="2112473"/>
                    </a:xfrm>
                    <a:prstGeom prst="rect">
                      <a:avLst/>
                    </a:prstGeom>
                  </pic:spPr>
                </pic:pic>
              </a:graphicData>
            </a:graphic>
          </wp:inline>
        </w:drawing>
      </w:r>
    </w:p>
    <w:p w14:paraId="2A05B277" w14:textId="77777777" w:rsidR="00931718" w:rsidRDefault="00931718" w:rsidP="00931718">
      <w:pPr>
        <w:pStyle w:val="ListParagraph"/>
        <w:spacing w:before="100" w:beforeAutospacing="1" w:after="100" w:afterAutospacing="1" w:line="240" w:lineRule="auto"/>
        <w:rPr>
          <w:rFonts w:ascii="Lato" w:eastAsia="Times New Roman" w:hAnsi="Lato" w:cs="Times New Roman"/>
          <w:sz w:val="24"/>
          <w:szCs w:val="24"/>
          <w:lang w:val="en-GB" w:eastAsia="en-GB"/>
        </w:rPr>
      </w:pPr>
    </w:p>
    <w:p w14:paraId="7EF5F40D" w14:textId="6CD1E456" w:rsidR="00931718" w:rsidRPr="00B80FF5" w:rsidRDefault="009267A0" w:rsidP="00B80FF5">
      <w:pPr>
        <w:pStyle w:val="Heading2"/>
        <w:rPr>
          <w:rFonts w:cstheme="majorHAnsi"/>
          <w:sz w:val="28"/>
          <w:szCs w:val="28"/>
          <w:lang w:val="en-GB" w:eastAsia="en-GB"/>
        </w:rPr>
      </w:pPr>
      <w:bookmarkStart w:id="4" w:name="_Toc192867416"/>
      <w:r w:rsidRPr="00B80FF5">
        <w:rPr>
          <w:rFonts w:cstheme="majorHAnsi"/>
          <w:sz w:val="28"/>
          <w:szCs w:val="28"/>
          <w:lang w:val="en-GB" w:eastAsia="en-GB"/>
        </w:rPr>
        <w:t>Step 4: Create an S3 Bucket for Your Application Art</w:t>
      </w:r>
      <w:r w:rsidR="00B9662E">
        <w:rPr>
          <w:rFonts w:cstheme="majorHAnsi"/>
          <w:sz w:val="28"/>
          <w:szCs w:val="28"/>
          <w:lang w:val="en-GB" w:eastAsia="en-GB"/>
        </w:rPr>
        <w:t>e</w:t>
      </w:r>
      <w:r w:rsidRPr="00B80FF5">
        <w:rPr>
          <w:rFonts w:cstheme="majorHAnsi"/>
          <w:sz w:val="28"/>
          <w:szCs w:val="28"/>
          <w:lang w:val="en-GB" w:eastAsia="en-GB"/>
        </w:rPr>
        <w:t>facts</w:t>
      </w:r>
      <w:bookmarkEnd w:id="4"/>
    </w:p>
    <w:p w14:paraId="2F9E3D93" w14:textId="77777777" w:rsidR="00C56179" w:rsidRDefault="00C56179" w:rsidP="00C56179">
      <w:pPr>
        <w:rPr>
          <w:rFonts w:ascii="Lato" w:hAnsi="Lato"/>
          <w:sz w:val="24"/>
          <w:szCs w:val="24"/>
          <w:lang w:val="en-GB" w:eastAsia="en-GB"/>
        </w:rPr>
      </w:pPr>
    </w:p>
    <w:p w14:paraId="7C4D2A4D" w14:textId="32458223" w:rsidR="009267A0" w:rsidRPr="00C56179" w:rsidRDefault="009267A0" w:rsidP="00C56179">
      <w:pPr>
        <w:rPr>
          <w:rFonts w:ascii="Lato" w:hAnsi="Lato"/>
          <w:sz w:val="24"/>
          <w:szCs w:val="24"/>
          <w:lang w:val="en-GB" w:eastAsia="en-GB"/>
        </w:rPr>
      </w:pPr>
      <w:r w:rsidRPr="00C56179">
        <w:rPr>
          <w:rFonts w:ascii="Lato" w:hAnsi="Lato"/>
          <w:sz w:val="24"/>
          <w:szCs w:val="24"/>
          <w:lang w:val="en-GB" w:eastAsia="en-GB"/>
        </w:rPr>
        <w:t>Go to AWS S3 &gt; Buckets &gt; Create Bucket.</w:t>
      </w:r>
    </w:p>
    <w:p w14:paraId="375CD937" w14:textId="21E9C599" w:rsidR="009267A0" w:rsidRPr="00C56179" w:rsidRDefault="009267A0" w:rsidP="00C56179">
      <w:pPr>
        <w:rPr>
          <w:rFonts w:ascii="Lato" w:hAnsi="Lato"/>
          <w:sz w:val="24"/>
          <w:szCs w:val="24"/>
          <w:lang w:val="en-GB" w:eastAsia="en-GB"/>
        </w:rPr>
      </w:pPr>
      <w:r w:rsidRPr="00C56179">
        <w:rPr>
          <w:rFonts w:ascii="Lato" w:hAnsi="Lato"/>
          <w:sz w:val="24"/>
          <w:szCs w:val="24"/>
          <w:lang w:val="en-GB" w:eastAsia="en-GB"/>
        </w:rPr>
        <w:t>Name it something like nodejsappartifacts and choose the same region (us-east-1).</w:t>
      </w:r>
    </w:p>
    <w:p w14:paraId="4BA34EE5" w14:textId="77777777" w:rsidR="00C56179" w:rsidRDefault="009267A0" w:rsidP="00C56179">
      <w:pPr>
        <w:rPr>
          <w:rFonts w:ascii="Lato" w:hAnsi="Lato"/>
          <w:sz w:val="24"/>
          <w:szCs w:val="24"/>
          <w:lang w:val="en-GB" w:eastAsia="en-GB"/>
        </w:rPr>
      </w:pPr>
      <w:r w:rsidRPr="00C56179">
        <w:rPr>
          <w:rFonts w:ascii="Lato" w:hAnsi="Lato"/>
          <w:sz w:val="24"/>
          <w:szCs w:val="24"/>
          <w:lang w:val="en-GB" w:eastAsia="en-GB"/>
        </w:rPr>
        <w:t>Allow public access only if needed. Otherwise, leave it private.</w:t>
      </w:r>
    </w:p>
    <w:p w14:paraId="5CA1474F" w14:textId="7FDB34A2" w:rsidR="00C56179" w:rsidRPr="005E319F" w:rsidRDefault="000546F9" w:rsidP="005E319F">
      <w:pPr>
        <w:rPr>
          <w:rFonts w:ascii="Lato" w:hAnsi="Lato"/>
          <w:sz w:val="24"/>
          <w:szCs w:val="24"/>
          <w:lang w:val="en-GB" w:eastAsia="en-GB"/>
        </w:rPr>
      </w:pPr>
      <w:r w:rsidRPr="000546F9">
        <w:rPr>
          <w:rFonts w:ascii="Lato" w:eastAsia="Times New Roman" w:hAnsi="Lato" w:cs="Times New Roman"/>
          <w:noProof/>
          <w:sz w:val="24"/>
          <w:szCs w:val="24"/>
          <w:lang w:val="en-GB" w:eastAsia="en-GB"/>
        </w:rPr>
        <w:drawing>
          <wp:inline distT="0" distB="0" distL="0" distR="0" wp14:anchorId="2FE14448" wp14:editId="6DC22410">
            <wp:extent cx="6318250" cy="3079750"/>
            <wp:effectExtent l="0" t="0" r="6350" b="6350"/>
            <wp:docPr id="155804572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45724" name="Picture 1" descr="A screenshot of a computer"/>
                    <pic:cNvPicPr/>
                  </pic:nvPicPr>
                  <pic:blipFill>
                    <a:blip r:embed="rId24"/>
                    <a:stretch>
                      <a:fillRect/>
                    </a:stretch>
                  </pic:blipFill>
                  <pic:spPr>
                    <a:xfrm>
                      <a:off x="0" y="0"/>
                      <a:ext cx="6318250" cy="3079750"/>
                    </a:xfrm>
                    <a:prstGeom prst="rect">
                      <a:avLst/>
                    </a:prstGeom>
                  </pic:spPr>
                </pic:pic>
              </a:graphicData>
            </a:graphic>
          </wp:inline>
        </w:drawing>
      </w:r>
    </w:p>
    <w:p w14:paraId="51CD4E34" w14:textId="09CB33A6" w:rsidR="0005351A" w:rsidRPr="004250F6" w:rsidRDefault="0005351A" w:rsidP="004250F6">
      <w:pPr>
        <w:rPr>
          <w:rFonts w:ascii="Lato" w:hAnsi="Lato"/>
          <w:sz w:val="24"/>
          <w:szCs w:val="24"/>
          <w:lang w:val="en-GB" w:eastAsia="en-GB"/>
        </w:rPr>
      </w:pPr>
      <w:r w:rsidRPr="004250F6">
        <w:rPr>
          <w:rFonts w:ascii="Lato" w:hAnsi="Lato"/>
          <w:sz w:val="24"/>
          <w:szCs w:val="24"/>
          <w:lang w:val="en-GB" w:eastAsia="en-GB"/>
        </w:rPr>
        <w:t>Upload the application file into the S3 bucket</w:t>
      </w:r>
    </w:p>
    <w:p w14:paraId="4473281B" w14:textId="2F04AE68" w:rsidR="0005351A" w:rsidRPr="0005351A" w:rsidRDefault="0005351A" w:rsidP="0005351A">
      <w:pPr>
        <w:pStyle w:val="ListParagraph"/>
        <w:spacing w:before="100" w:beforeAutospacing="1" w:after="100" w:afterAutospacing="1" w:line="240" w:lineRule="auto"/>
        <w:rPr>
          <w:rFonts w:ascii="Lato" w:eastAsia="Times New Roman" w:hAnsi="Lato" w:cs="Times New Roman"/>
          <w:sz w:val="24"/>
          <w:szCs w:val="24"/>
          <w:lang w:val="en-GB" w:eastAsia="en-GB"/>
        </w:rPr>
      </w:pPr>
      <w:r w:rsidRPr="0005351A">
        <w:rPr>
          <w:rFonts w:ascii="Lato" w:eastAsia="Times New Roman" w:hAnsi="Lato" w:cs="Times New Roman"/>
          <w:noProof/>
          <w:sz w:val="24"/>
          <w:szCs w:val="24"/>
          <w:lang w:val="en-GB" w:eastAsia="en-GB"/>
        </w:rPr>
        <w:lastRenderedPageBreak/>
        <w:drawing>
          <wp:inline distT="0" distB="0" distL="0" distR="0" wp14:anchorId="17FD55B8" wp14:editId="6FB14D45">
            <wp:extent cx="5886450" cy="3187700"/>
            <wp:effectExtent l="0" t="0" r="0" b="0"/>
            <wp:docPr id="16317599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59904" name="Picture 1" descr="A screenshot of a computer&#10;&#10;AI-generated content may be incorrect."/>
                    <pic:cNvPicPr/>
                  </pic:nvPicPr>
                  <pic:blipFill>
                    <a:blip r:embed="rId25"/>
                    <a:stretch>
                      <a:fillRect/>
                    </a:stretch>
                  </pic:blipFill>
                  <pic:spPr>
                    <a:xfrm>
                      <a:off x="0" y="0"/>
                      <a:ext cx="5886450" cy="3187700"/>
                    </a:xfrm>
                    <a:prstGeom prst="rect">
                      <a:avLst/>
                    </a:prstGeom>
                  </pic:spPr>
                </pic:pic>
              </a:graphicData>
            </a:graphic>
          </wp:inline>
        </w:drawing>
      </w:r>
    </w:p>
    <w:p w14:paraId="6B0CC4E7" w14:textId="1F5F0B96" w:rsidR="003B7564" w:rsidRPr="00B80FF5" w:rsidRDefault="003B7564" w:rsidP="00B80FF5">
      <w:pPr>
        <w:pStyle w:val="Heading2"/>
        <w:rPr>
          <w:rFonts w:cstheme="majorHAnsi"/>
          <w:sz w:val="28"/>
          <w:szCs w:val="28"/>
          <w:lang w:val="en-GB" w:eastAsia="en-GB"/>
        </w:rPr>
      </w:pPr>
      <w:bookmarkStart w:id="5" w:name="_Toc192867417"/>
      <w:r w:rsidRPr="00B80FF5">
        <w:rPr>
          <w:rFonts w:cstheme="majorHAnsi"/>
          <w:sz w:val="28"/>
          <w:szCs w:val="28"/>
          <w:lang w:val="en-GB" w:eastAsia="en-GB"/>
        </w:rPr>
        <w:t>Step 5: Configure CodePipeline Stages</w:t>
      </w:r>
      <w:bookmarkEnd w:id="5"/>
    </w:p>
    <w:p w14:paraId="2B051A8B" w14:textId="77777777" w:rsidR="004E686F" w:rsidRDefault="004E686F" w:rsidP="004E686F">
      <w:pPr>
        <w:rPr>
          <w:lang w:val="en-GB" w:eastAsia="en-GB"/>
        </w:rPr>
      </w:pPr>
    </w:p>
    <w:p w14:paraId="59BFBB18" w14:textId="011C0554" w:rsidR="003B7564" w:rsidRPr="004E686F" w:rsidRDefault="003B7564" w:rsidP="004E686F">
      <w:pPr>
        <w:rPr>
          <w:rFonts w:ascii="Lato" w:hAnsi="Lato"/>
          <w:sz w:val="24"/>
          <w:szCs w:val="24"/>
          <w:lang w:val="en-GB" w:eastAsia="en-GB"/>
        </w:rPr>
      </w:pPr>
      <w:r w:rsidRPr="004E686F">
        <w:rPr>
          <w:rFonts w:ascii="Lato" w:hAnsi="Lato"/>
          <w:sz w:val="24"/>
          <w:szCs w:val="24"/>
          <w:lang w:val="en-GB" w:eastAsia="en-GB"/>
        </w:rPr>
        <w:t>Go to AWS Console &gt; CodePipeline &gt; Pipelines.</w:t>
      </w:r>
    </w:p>
    <w:p w14:paraId="2B796EE6" w14:textId="2A71482C" w:rsidR="003B7564" w:rsidRPr="004E686F" w:rsidRDefault="003B7564" w:rsidP="004E686F">
      <w:pPr>
        <w:rPr>
          <w:rFonts w:ascii="Lato" w:hAnsi="Lato"/>
          <w:sz w:val="24"/>
          <w:szCs w:val="24"/>
          <w:lang w:val="en-GB" w:eastAsia="en-GB"/>
        </w:rPr>
      </w:pPr>
      <w:r w:rsidRPr="004E686F">
        <w:rPr>
          <w:rFonts w:ascii="Lato" w:hAnsi="Lato"/>
          <w:sz w:val="24"/>
          <w:szCs w:val="24"/>
          <w:lang w:val="en-GB" w:eastAsia="en-GB"/>
        </w:rPr>
        <w:t>Select your pipeline and click Edit.</w:t>
      </w:r>
    </w:p>
    <w:p w14:paraId="2C2D6D5C" w14:textId="77777777" w:rsidR="003B7564" w:rsidRPr="004E686F" w:rsidRDefault="003B7564" w:rsidP="004E686F">
      <w:pPr>
        <w:rPr>
          <w:rFonts w:ascii="Lato" w:hAnsi="Lato"/>
          <w:sz w:val="24"/>
          <w:szCs w:val="24"/>
          <w:lang w:val="en-GB" w:eastAsia="en-GB"/>
        </w:rPr>
      </w:pPr>
      <w:r w:rsidRPr="004E686F">
        <w:rPr>
          <w:rFonts w:ascii="Lato" w:hAnsi="Lato"/>
          <w:sz w:val="24"/>
          <w:szCs w:val="24"/>
          <w:lang w:val="en-GB" w:eastAsia="en-GB"/>
        </w:rPr>
        <w:t>In the Source stage, select:</w:t>
      </w:r>
    </w:p>
    <w:p w14:paraId="4D55E28E" w14:textId="77777777" w:rsidR="003B7564" w:rsidRPr="004E686F" w:rsidRDefault="003B7564" w:rsidP="004E686F">
      <w:pPr>
        <w:rPr>
          <w:rFonts w:ascii="Lato" w:hAnsi="Lato"/>
          <w:sz w:val="24"/>
          <w:szCs w:val="24"/>
          <w:lang w:val="en-GB" w:eastAsia="en-GB"/>
        </w:rPr>
      </w:pPr>
      <w:r w:rsidRPr="004E686F">
        <w:rPr>
          <w:rFonts w:ascii="Lato" w:hAnsi="Lato"/>
          <w:sz w:val="24"/>
          <w:szCs w:val="24"/>
          <w:lang w:val="en-GB" w:eastAsia="en-GB"/>
        </w:rPr>
        <w:t>Amazon S3 as the provider.</w:t>
      </w:r>
    </w:p>
    <w:p w14:paraId="2071A3FE" w14:textId="42AD1845" w:rsidR="003B7564" w:rsidRPr="004E686F" w:rsidRDefault="003B7564" w:rsidP="004E686F">
      <w:pPr>
        <w:rPr>
          <w:rFonts w:ascii="Lato" w:hAnsi="Lato"/>
          <w:sz w:val="24"/>
          <w:szCs w:val="24"/>
          <w:lang w:val="en-GB" w:eastAsia="en-GB"/>
        </w:rPr>
      </w:pPr>
      <w:r w:rsidRPr="004E686F">
        <w:rPr>
          <w:rFonts w:ascii="Lato" w:hAnsi="Lato"/>
          <w:sz w:val="24"/>
          <w:szCs w:val="24"/>
          <w:lang w:val="en-GB" w:eastAsia="en-GB"/>
        </w:rPr>
        <w:t xml:space="preserve">Choose the S3 bucket where you uploaded the ZIP file (e.g., </w:t>
      </w:r>
      <w:r w:rsidRPr="004E686F">
        <w:rPr>
          <w:rFonts w:ascii="Lato" w:hAnsi="Lato" w:cs="Courier New"/>
          <w:sz w:val="24"/>
          <w:szCs w:val="24"/>
          <w:lang w:val="en-GB" w:eastAsia="en-GB"/>
        </w:rPr>
        <w:t>nodejsappartifacts</w:t>
      </w:r>
      <w:r w:rsidRPr="004E686F">
        <w:rPr>
          <w:rFonts w:ascii="Lato" w:hAnsi="Lato"/>
          <w:sz w:val="24"/>
          <w:szCs w:val="24"/>
          <w:lang w:val="en-GB" w:eastAsia="en-GB"/>
        </w:rPr>
        <w:t>).</w:t>
      </w:r>
    </w:p>
    <w:p w14:paraId="0682B673" w14:textId="7199B782" w:rsidR="003B7564" w:rsidRPr="004E686F" w:rsidRDefault="003B7564" w:rsidP="004E686F">
      <w:pPr>
        <w:rPr>
          <w:rFonts w:ascii="Lato" w:hAnsi="Lato"/>
          <w:sz w:val="24"/>
          <w:szCs w:val="24"/>
          <w:lang w:val="en-GB" w:eastAsia="en-GB"/>
        </w:rPr>
      </w:pPr>
      <w:r w:rsidRPr="004E686F">
        <w:rPr>
          <w:rFonts w:ascii="Lato" w:hAnsi="Lato"/>
          <w:sz w:val="24"/>
          <w:szCs w:val="24"/>
          <w:lang w:val="en-GB" w:eastAsia="en-GB"/>
        </w:rPr>
        <w:t xml:space="preserve">In S3 object key, enter the ZIP file name: e.g.  </w:t>
      </w:r>
      <w:r w:rsidRPr="004E686F">
        <w:rPr>
          <w:rFonts w:ascii="Lato" w:hAnsi="Lato" w:cs="Courier New"/>
          <w:sz w:val="24"/>
          <w:szCs w:val="24"/>
          <w:lang w:val="en-GB" w:eastAsia="en-GB"/>
        </w:rPr>
        <w:t>musician-app-master.zip</w:t>
      </w:r>
      <w:r w:rsidRPr="004E686F">
        <w:rPr>
          <w:rFonts w:ascii="Lato" w:hAnsi="Lato"/>
          <w:sz w:val="24"/>
          <w:szCs w:val="24"/>
          <w:lang w:val="en-GB" w:eastAsia="en-GB"/>
        </w:rPr>
        <w:t>.</w:t>
      </w:r>
    </w:p>
    <w:p w14:paraId="4F2434A1" w14:textId="52820EAF" w:rsidR="003B7564" w:rsidRPr="004E686F" w:rsidRDefault="003B7564" w:rsidP="004E686F">
      <w:pPr>
        <w:rPr>
          <w:rFonts w:ascii="Lato" w:hAnsi="Lato"/>
          <w:sz w:val="24"/>
          <w:szCs w:val="24"/>
          <w:lang w:val="en-GB" w:eastAsia="en-GB"/>
        </w:rPr>
      </w:pPr>
      <w:r w:rsidRPr="004E686F">
        <w:rPr>
          <w:rFonts w:ascii="Lato" w:hAnsi="Lato"/>
          <w:sz w:val="24"/>
          <w:szCs w:val="24"/>
          <w:lang w:val="en-GB" w:eastAsia="en-GB"/>
        </w:rPr>
        <w:t>Click done and save the pipeline.</w:t>
      </w:r>
    </w:p>
    <w:p w14:paraId="079E6AA0" w14:textId="328F7BC9" w:rsidR="003B7564" w:rsidRPr="003B7564" w:rsidRDefault="003B7564" w:rsidP="003B7564">
      <w:pPr>
        <w:pStyle w:val="ListParagraph"/>
        <w:spacing w:before="100" w:beforeAutospacing="1" w:after="100" w:afterAutospacing="1" w:line="240" w:lineRule="auto"/>
        <w:rPr>
          <w:rFonts w:ascii="Times New Roman" w:eastAsia="Times New Roman" w:hAnsi="Times New Roman" w:cs="Times New Roman"/>
          <w:sz w:val="24"/>
          <w:szCs w:val="24"/>
          <w:lang w:val="en-GB" w:eastAsia="en-GB"/>
        </w:rPr>
      </w:pPr>
      <w:r w:rsidRPr="003B7564">
        <w:rPr>
          <w:rFonts w:ascii="Times New Roman" w:eastAsia="Times New Roman" w:hAnsi="Times New Roman" w:cs="Times New Roman"/>
          <w:noProof/>
          <w:sz w:val="24"/>
          <w:szCs w:val="24"/>
          <w:lang w:val="en-GB" w:eastAsia="en-GB"/>
        </w:rPr>
        <w:drawing>
          <wp:inline distT="0" distB="0" distL="0" distR="0" wp14:anchorId="458C89E3" wp14:editId="7C195831">
            <wp:extent cx="5848350" cy="1454150"/>
            <wp:effectExtent l="0" t="0" r="0" b="0"/>
            <wp:docPr id="1199991680" name="Picture 1" descr="A white rectangular object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91680" name="Picture 1" descr="A white rectangular object with a black border&#10;&#10;AI-generated content may be incorrect."/>
                    <pic:cNvPicPr/>
                  </pic:nvPicPr>
                  <pic:blipFill>
                    <a:blip r:embed="rId26"/>
                    <a:stretch>
                      <a:fillRect/>
                    </a:stretch>
                  </pic:blipFill>
                  <pic:spPr>
                    <a:xfrm>
                      <a:off x="0" y="0"/>
                      <a:ext cx="5848350" cy="1454150"/>
                    </a:xfrm>
                    <a:prstGeom prst="rect">
                      <a:avLst/>
                    </a:prstGeom>
                  </pic:spPr>
                </pic:pic>
              </a:graphicData>
            </a:graphic>
          </wp:inline>
        </w:drawing>
      </w:r>
    </w:p>
    <w:p w14:paraId="6A92646F" w14:textId="0A1E45C3" w:rsidR="00364F4C" w:rsidRPr="00B80FF5" w:rsidRDefault="00A20C9A" w:rsidP="00B80FF5">
      <w:pPr>
        <w:pStyle w:val="Heading2"/>
        <w:rPr>
          <w:rFonts w:cstheme="majorHAnsi"/>
          <w:sz w:val="28"/>
          <w:szCs w:val="28"/>
        </w:rPr>
      </w:pPr>
      <w:bookmarkStart w:id="6" w:name="_Toc192867418"/>
      <w:r w:rsidRPr="00B80FF5">
        <w:rPr>
          <w:rFonts w:cstheme="majorHAnsi"/>
          <w:sz w:val="28"/>
          <w:szCs w:val="28"/>
        </w:rPr>
        <w:lastRenderedPageBreak/>
        <w:t xml:space="preserve">Step </w:t>
      </w:r>
      <w:r w:rsidR="000E696B" w:rsidRPr="00B80FF5">
        <w:rPr>
          <w:rFonts w:cstheme="majorHAnsi"/>
          <w:sz w:val="28"/>
          <w:szCs w:val="28"/>
        </w:rPr>
        <w:t>6</w:t>
      </w:r>
      <w:r w:rsidRPr="00B80FF5">
        <w:rPr>
          <w:rFonts w:cstheme="majorHAnsi"/>
          <w:sz w:val="28"/>
          <w:szCs w:val="28"/>
        </w:rPr>
        <w:t xml:space="preserve">: </w:t>
      </w:r>
      <w:r w:rsidR="00364F4C" w:rsidRPr="00B80FF5">
        <w:rPr>
          <w:rFonts w:cstheme="majorHAnsi"/>
          <w:sz w:val="28"/>
          <w:szCs w:val="28"/>
        </w:rPr>
        <w:t>Create A CodeBuild Project</w:t>
      </w:r>
      <w:bookmarkEnd w:id="6"/>
    </w:p>
    <w:p w14:paraId="446CDC33" w14:textId="77777777" w:rsidR="00FF2C7C" w:rsidRPr="00B80FF5" w:rsidRDefault="00FF2C7C" w:rsidP="00B80FF5">
      <w:pPr>
        <w:pStyle w:val="Heading2"/>
        <w:rPr>
          <w:rFonts w:cstheme="majorHAnsi"/>
          <w:sz w:val="28"/>
          <w:szCs w:val="28"/>
          <w:lang w:val="en-GB"/>
        </w:rPr>
      </w:pPr>
    </w:p>
    <w:p w14:paraId="3A966CB9" w14:textId="4F3F24A0" w:rsidR="00C5297E" w:rsidRPr="00F258FA" w:rsidRDefault="00C5297E" w:rsidP="00F258FA">
      <w:pPr>
        <w:rPr>
          <w:rFonts w:ascii="Lato" w:hAnsi="Lato"/>
          <w:b/>
          <w:bCs/>
          <w:sz w:val="24"/>
          <w:szCs w:val="24"/>
          <w:lang w:val="en-GB"/>
        </w:rPr>
      </w:pPr>
      <w:r w:rsidRPr="00F258FA">
        <w:rPr>
          <w:rFonts w:ascii="Lato" w:hAnsi="Lato"/>
          <w:sz w:val="24"/>
          <w:szCs w:val="24"/>
          <w:lang w:val="en-GB"/>
        </w:rPr>
        <w:t>Go to AWS CodeBuild Console:</w:t>
      </w:r>
    </w:p>
    <w:p w14:paraId="0493EBDE" w14:textId="6389DAA9" w:rsidR="00C5297E" w:rsidRPr="00F258FA" w:rsidRDefault="00C5297E" w:rsidP="00F258FA">
      <w:pPr>
        <w:rPr>
          <w:rFonts w:ascii="Lato" w:hAnsi="Lato"/>
          <w:b/>
          <w:bCs/>
          <w:sz w:val="24"/>
          <w:szCs w:val="24"/>
          <w:lang w:val="en-GB"/>
        </w:rPr>
      </w:pPr>
      <w:r w:rsidRPr="00F258FA">
        <w:rPr>
          <w:rFonts w:ascii="Lato" w:hAnsi="Lato"/>
          <w:sz w:val="24"/>
          <w:szCs w:val="24"/>
          <w:lang w:val="en-GB"/>
        </w:rPr>
        <w:t>Open the AWS Management Console &gt; CodeBuild &gt; Build projects &gt; Click Create build project.</w:t>
      </w:r>
    </w:p>
    <w:p w14:paraId="39CC4657" w14:textId="77777777" w:rsidR="00C5297E" w:rsidRPr="00F258FA" w:rsidRDefault="00C5297E" w:rsidP="00F258FA">
      <w:pPr>
        <w:rPr>
          <w:rFonts w:ascii="Lato" w:hAnsi="Lato"/>
          <w:b/>
          <w:bCs/>
          <w:sz w:val="24"/>
          <w:szCs w:val="24"/>
          <w:lang w:val="en-GB"/>
        </w:rPr>
      </w:pPr>
      <w:r w:rsidRPr="00F258FA">
        <w:rPr>
          <w:rFonts w:ascii="Lato" w:hAnsi="Lato"/>
          <w:sz w:val="24"/>
          <w:szCs w:val="24"/>
          <w:lang w:val="en-GB"/>
        </w:rPr>
        <w:t>Configure Project:</w:t>
      </w:r>
    </w:p>
    <w:p w14:paraId="6CB35543" w14:textId="77777777" w:rsidR="00C5297E" w:rsidRPr="00F258FA" w:rsidRDefault="00C5297E" w:rsidP="00F258FA">
      <w:pPr>
        <w:rPr>
          <w:rFonts w:ascii="Lato" w:hAnsi="Lato"/>
          <w:b/>
          <w:bCs/>
          <w:sz w:val="24"/>
          <w:szCs w:val="24"/>
          <w:lang w:val="en-GB"/>
        </w:rPr>
      </w:pPr>
      <w:r w:rsidRPr="00F258FA">
        <w:rPr>
          <w:rFonts w:ascii="Lato" w:hAnsi="Lato"/>
          <w:sz w:val="24"/>
          <w:szCs w:val="24"/>
          <w:lang w:val="en-GB"/>
        </w:rPr>
        <w:t>Project name: NodeJSMusicianApp (This must match the pipeline reference exactly).</w:t>
      </w:r>
    </w:p>
    <w:p w14:paraId="36DAED7E" w14:textId="77777777" w:rsidR="00C5297E" w:rsidRPr="00F258FA" w:rsidRDefault="00C5297E" w:rsidP="00F258FA">
      <w:pPr>
        <w:rPr>
          <w:rFonts w:ascii="Lato" w:hAnsi="Lato"/>
          <w:b/>
          <w:bCs/>
          <w:sz w:val="24"/>
          <w:szCs w:val="24"/>
          <w:lang w:val="en-GB"/>
        </w:rPr>
      </w:pPr>
      <w:r w:rsidRPr="00F258FA">
        <w:rPr>
          <w:rFonts w:ascii="Lato" w:hAnsi="Lato"/>
          <w:sz w:val="24"/>
          <w:szCs w:val="24"/>
          <w:lang w:val="en-GB"/>
        </w:rPr>
        <w:t>Description: Build project for Node.js Musician App.</w:t>
      </w:r>
    </w:p>
    <w:p w14:paraId="07D5C1E2" w14:textId="77777777" w:rsidR="00C5297E" w:rsidRPr="00F258FA" w:rsidRDefault="00C5297E" w:rsidP="00F258FA">
      <w:pPr>
        <w:rPr>
          <w:rFonts w:ascii="Lato" w:hAnsi="Lato"/>
          <w:b/>
          <w:bCs/>
          <w:sz w:val="24"/>
          <w:szCs w:val="24"/>
          <w:lang w:val="en-GB"/>
        </w:rPr>
      </w:pPr>
      <w:r w:rsidRPr="00F258FA">
        <w:rPr>
          <w:rFonts w:ascii="Lato" w:hAnsi="Lato"/>
          <w:sz w:val="24"/>
          <w:szCs w:val="24"/>
          <w:lang w:val="en-GB"/>
        </w:rPr>
        <w:t>Source provider: Select Amazon S3.</w:t>
      </w:r>
    </w:p>
    <w:p w14:paraId="2E7BBD0A" w14:textId="77777777" w:rsidR="00C5297E" w:rsidRPr="00F258FA" w:rsidRDefault="00C5297E" w:rsidP="00F258FA">
      <w:pPr>
        <w:rPr>
          <w:rFonts w:ascii="Lato" w:hAnsi="Lato"/>
          <w:b/>
          <w:bCs/>
          <w:sz w:val="24"/>
          <w:szCs w:val="24"/>
          <w:lang w:val="en-GB"/>
        </w:rPr>
      </w:pPr>
      <w:r w:rsidRPr="00F258FA">
        <w:rPr>
          <w:rFonts w:ascii="Lato" w:hAnsi="Lato"/>
          <w:sz w:val="24"/>
          <w:szCs w:val="24"/>
          <w:lang w:val="en-GB"/>
        </w:rPr>
        <w:t>Bucket: Choose your nodejsappartifacts bucket.</w:t>
      </w:r>
    </w:p>
    <w:p w14:paraId="5C0FFC7A" w14:textId="77777777" w:rsidR="00C5297E" w:rsidRPr="00F258FA" w:rsidRDefault="00C5297E" w:rsidP="00F258FA">
      <w:pPr>
        <w:rPr>
          <w:rFonts w:ascii="Lato" w:hAnsi="Lato"/>
          <w:b/>
          <w:bCs/>
          <w:sz w:val="24"/>
          <w:szCs w:val="24"/>
          <w:lang w:val="en-GB"/>
        </w:rPr>
      </w:pPr>
      <w:r w:rsidRPr="00F258FA">
        <w:rPr>
          <w:rFonts w:ascii="Lato" w:hAnsi="Lato"/>
          <w:sz w:val="24"/>
          <w:szCs w:val="24"/>
          <w:lang w:val="en-GB"/>
        </w:rPr>
        <w:t>S3 object key: musician-app-master.zip.</w:t>
      </w:r>
    </w:p>
    <w:p w14:paraId="6C55B7F9" w14:textId="77777777" w:rsidR="00C5297E" w:rsidRPr="00F258FA" w:rsidRDefault="00C5297E" w:rsidP="00F258FA">
      <w:pPr>
        <w:rPr>
          <w:rFonts w:ascii="Lato" w:hAnsi="Lato"/>
          <w:b/>
          <w:bCs/>
          <w:sz w:val="24"/>
          <w:szCs w:val="24"/>
          <w:lang w:val="en-GB"/>
        </w:rPr>
      </w:pPr>
      <w:r w:rsidRPr="00F258FA">
        <w:rPr>
          <w:rFonts w:ascii="Lato" w:hAnsi="Lato"/>
          <w:sz w:val="24"/>
          <w:szCs w:val="24"/>
          <w:lang w:val="en-GB"/>
        </w:rPr>
        <w:t>Environment:</w:t>
      </w:r>
    </w:p>
    <w:p w14:paraId="2F7FBBA0" w14:textId="77777777" w:rsidR="00C5297E" w:rsidRPr="00F258FA" w:rsidRDefault="00C5297E" w:rsidP="00F258FA">
      <w:pPr>
        <w:rPr>
          <w:rFonts w:ascii="Lato" w:hAnsi="Lato"/>
          <w:b/>
          <w:bCs/>
          <w:sz w:val="24"/>
          <w:szCs w:val="24"/>
          <w:lang w:val="en-GB"/>
        </w:rPr>
      </w:pPr>
      <w:r w:rsidRPr="00F258FA">
        <w:rPr>
          <w:rFonts w:ascii="Lato" w:hAnsi="Lato"/>
          <w:sz w:val="24"/>
          <w:szCs w:val="24"/>
          <w:lang w:val="en-GB"/>
        </w:rPr>
        <w:t>Environment image: Use an AWS-managed image.</w:t>
      </w:r>
    </w:p>
    <w:p w14:paraId="524DBFD1" w14:textId="77777777" w:rsidR="00C5297E" w:rsidRPr="00F258FA" w:rsidRDefault="00C5297E" w:rsidP="00F258FA">
      <w:pPr>
        <w:rPr>
          <w:rFonts w:ascii="Lato" w:hAnsi="Lato"/>
          <w:b/>
          <w:bCs/>
          <w:sz w:val="24"/>
          <w:szCs w:val="24"/>
          <w:lang w:val="en-GB"/>
        </w:rPr>
      </w:pPr>
      <w:r w:rsidRPr="00F258FA">
        <w:rPr>
          <w:rFonts w:ascii="Lato" w:hAnsi="Lato"/>
          <w:sz w:val="24"/>
          <w:szCs w:val="24"/>
          <w:lang w:val="en-GB"/>
        </w:rPr>
        <w:t>Operating system: Amazon Linux 2.</w:t>
      </w:r>
    </w:p>
    <w:p w14:paraId="0BC494D6" w14:textId="77777777" w:rsidR="00C5297E" w:rsidRPr="00F258FA" w:rsidRDefault="00C5297E" w:rsidP="00F258FA">
      <w:pPr>
        <w:rPr>
          <w:rFonts w:ascii="Lato" w:hAnsi="Lato"/>
          <w:b/>
          <w:bCs/>
          <w:sz w:val="24"/>
          <w:szCs w:val="24"/>
          <w:lang w:val="en-GB"/>
        </w:rPr>
      </w:pPr>
      <w:r w:rsidRPr="00F258FA">
        <w:rPr>
          <w:rFonts w:ascii="Lato" w:hAnsi="Lato"/>
          <w:sz w:val="24"/>
          <w:szCs w:val="24"/>
          <w:lang w:val="en-GB"/>
        </w:rPr>
        <w:t>Runtime: Standard.</w:t>
      </w:r>
    </w:p>
    <w:p w14:paraId="0F8E9C67" w14:textId="77777777" w:rsidR="00C5297E" w:rsidRPr="00F258FA" w:rsidRDefault="00C5297E" w:rsidP="00F258FA">
      <w:pPr>
        <w:rPr>
          <w:rFonts w:ascii="Lato" w:hAnsi="Lato"/>
          <w:b/>
          <w:bCs/>
          <w:sz w:val="24"/>
          <w:szCs w:val="24"/>
          <w:lang w:val="en-GB"/>
        </w:rPr>
      </w:pPr>
      <w:r w:rsidRPr="00F258FA">
        <w:rPr>
          <w:rFonts w:ascii="Lato" w:hAnsi="Lato"/>
          <w:sz w:val="24"/>
          <w:szCs w:val="24"/>
          <w:lang w:val="en-GB"/>
        </w:rPr>
        <w:t>Image: aws/codebuild/amazonlinux2-x86_64-standard:5.0.</w:t>
      </w:r>
    </w:p>
    <w:p w14:paraId="6D12D9E8" w14:textId="77777777" w:rsidR="00C5297E" w:rsidRPr="00F258FA" w:rsidRDefault="00C5297E" w:rsidP="00F258FA">
      <w:pPr>
        <w:rPr>
          <w:rFonts w:ascii="Lato" w:hAnsi="Lato"/>
          <w:b/>
          <w:bCs/>
          <w:sz w:val="24"/>
          <w:szCs w:val="24"/>
          <w:lang w:val="en-GB"/>
        </w:rPr>
      </w:pPr>
      <w:r w:rsidRPr="00F258FA">
        <w:rPr>
          <w:rFonts w:ascii="Lato" w:hAnsi="Lato"/>
          <w:sz w:val="24"/>
          <w:szCs w:val="24"/>
          <w:lang w:val="en-GB"/>
        </w:rPr>
        <w:t>Environment type: Linux.</w:t>
      </w:r>
    </w:p>
    <w:p w14:paraId="073E85DB" w14:textId="77777777" w:rsidR="00C5297E" w:rsidRPr="00F258FA" w:rsidRDefault="00C5297E" w:rsidP="00F258FA">
      <w:pPr>
        <w:rPr>
          <w:rFonts w:ascii="Lato" w:hAnsi="Lato"/>
          <w:b/>
          <w:bCs/>
          <w:sz w:val="24"/>
          <w:szCs w:val="24"/>
          <w:lang w:val="en-GB"/>
        </w:rPr>
      </w:pPr>
      <w:r w:rsidRPr="00F258FA">
        <w:rPr>
          <w:rFonts w:ascii="Lato" w:hAnsi="Lato"/>
          <w:sz w:val="24"/>
          <w:szCs w:val="24"/>
          <w:lang w:val="en-GB"/>
        </w:rPr>
        <w:t>Service role: Choose Create a service role in your account.</w:t>
      </w:r>
    </w:p>
    <w:p w14:paraId="04A1DDAE" w14:textId="77777777" w:rsidR="00C5297E" w:rsidRPr="00F258FA" w:rsidRDefault="00C5297E" w:rsidP="00F258FA">
      <w:pPr>
        <w:rPr>
          <w:rFonts w:ascii="Lato" w:hAnsi="Lato"/>
          <w:b/>
          <w:bCs/>
          <w:sz w:val="24"/>
          <w:szCs w:val="24"/>
          <w:lang w:val="en-GB"/>
        </w:rPr>
      </w:pPr>
      <w:r w:rsidRPr="00F258FA">
        <w:rPr>
          <w:rFonts w:ascii="Lato" w:hAnsi="Lato"/>
          <w:sz w:val="24"/>
          <w:szCs w:val="24"/>
          <w:lang w:val="en-GB"/>
        </w:rPr>
        <w:t>Buildspec:</w:t>
      </w:r>
    </w:p>
    <w:p w14:paraId="50C21BC0" w14:textId="77777777" w:rsidR="00C5297E" w:rsidRPr="00F258FA" w:rsidRDefault="00C5297E" w:rsidP="00F258FA">
      <w:pPr>
        <w:rPr>
          <w:rFonts w:ascii="Lato" w:hAnsi="Lato"/>
          <w:b/>
          <w:bCs/>
          <w:sz w:val="24"/>
          <w:szCs w:val="24"/>
          <w:lang w:val="en-GB"/>
        </w:rPr>
      </w:pPr>
      <w:r w:rsidRPr="00F258FA">
        <w:rPr>
          <w:rFonts w:ascii="Lato" w:hAnsi="Lato"/>
          <w:sz w:val="24"/>
          <w:szCs w:val="24"/>
          <w:lang w:val="en-GB"/>
        </w:rPr>
        <w:t>Build specifications: Use a buildspec file (If your app has a buildspec.yml in the source code, select this option).</w:t>
      </w:r>
    </w:p>
    <w:p w14:paraId="41AF6FCA" w14:textId="77777777" w:rsidR="00C5297E" w:rsidRPr="00F258FA" w:rsidRDefault="00C5297E" w:rsidP="00F258FA">
      <w:pPr>
        <w:rPr>
          <w:rFonts w:ascii="Lato" w:hAnsi="Lato"/>
          <w:b/>
          <w:bCs/>
          <w:sz w:val="24"/>
          <w:szCs w:val="24"/>
          <w:lang w:val="en-GB"/>
        </w:rPr>
      </w:pPr>
      <w:r w:rsidRPr="00F258FA">
        <w:rPr>
          <w:rFonts w:ascii="Lato" w:hAnsi="Lato"/>
          <w:sz w:val="24"/>
          <w:szCs w:val="24"/>
          <w:lang w:val="en-GB"/>
        </w:rPr>
        <w:t>Artifacts:</w:t>
      </w:r>
    </w:p>
    <w:p w14:paraId="02606676" w14:textId="77777777" w:rsidR="00C5297E" w:rsidRPr="00F258FA" w:rsidRDefault="00C5297E" w:rsidP="00F258FA">
      <w:pPr>
        <w:rPr>
          <w:rFonts w:ascii="Lato" w:hAnsi="Lato"/>
          <w:b/>
          <w:bCs/>
          <w:sz w:val="24"/>
          <w:szCs w:val="24"/>
          <w:lang w:val="en-GB"/>
        </w:rPr>
      </w:pPr>
      <w:r w:rsidRPr="00F258FA">
        <w:rPr>
          <w:rFonts w:ascii="Lato" w:hAnsi="Lato"/>
          <w:sz w:val="24"/>
          <w:szCs w:val="24"/>
          <w:lang w:val="en-GB"/>
        </w:rPr>
        <w:t>Type: Amazon S3.</w:t>
      </w:r>
    </w:p>
    <w:p w14:paraId="47477AAF" w14:textId="77777777" w:rsidR="00C5297E" w:rsidRPr="00F258FA" w:rsidRDefault="00C5297E" w:rsidP="00F258FA">
      <w:pPr>
        <w:rPr>
          <w:rFonts w:ascii="Lato" w:hAnsi="Lato"/>
          <w:b/>
          <w:bCs/>
          <w:sz w:val="24"/>
          <w:szCs w:val="24"/>
          <w:lang w:val="en-GB"/>
        </w:rPr>
      </w:pPr>
      <w:r w:rsidRPr="00F258FA">
        <w:rPr>
          <w:rFonts w:ascii="Lato" w:hAnsi="Lato"/>
          <w:sz w:val="24"/>
          <w:szCs w:val="24"/>
          <w:lang w:val="en-GB"/>
        </w:rPr>
        <w:t>Bucket name: nodejsappartifacts.</w:t>
      </w:r>
    </w:p>
    <w:p w14:paraId="1C3A5FCC" w14:textId="77777777" w:rsidR="00C5297E" w:rsidRPr="00F258FA" w:rsidRDefault="00C5297E" w:rsidP="00F258FA">
      <w:pPr>
        <w:rPr>
          <w:rFonts w:ascii="Lato" w:hAnsi="Lato"/>
          <w:b/>
          <w:bCs/>
          <w:sz w:val="24"/>
          <w:szCs w:val="24"/>
          <w:lang w:val="en-GB"/>
        </w:rPr>
      </w:pPr>
      <w:r w:rsidRPr="00F258FA">
        <w:rPr>
          <w:rFonts w:ascii="Lato" w:hAnsi="Lato"/>
          <w:sz w:val="24"/>
          <w:szCs w:val="24"/>
          <w:lang w:val="en-GB"/>
        </w:rPr>
        <w:lastRenderedPageBreak/>
        <w:t>Name: BuildArtifact.zip.</w:t>
      </w:r>
    </w:p>
    <w:p w14:paraId="0679E5E3" w14:textId="77777777" w:rsidR="00C5297E" w:rsidRPr="00F258FA" w:rsidRDefault="00C5297E" w:rsidP="00F258FA">
      <w:pPr>
        <w:rPr>
          <w:rFonts w:ascii="Lato" w:hAnsi="Lato"/>
          <w:b/>
          <w:bCs/>
          <w:sz w:val="24"/>
          <w:szCs w:val="24"/>
          <w:lang w:val="en-GB"/>
        </w:rPr>
      </w:pPr>
      <w:r w:rsidRPr="00F258FA">
        <w:rPr>
          <w:rFonts w:ascii="Lato" w:hAnsi="Lato"/>
          <w:sz w:val="24"/>
          <w:szCs w:val="24"/>
          <w:lang w:val="en-GB"/>
        </w:rPr>
        <w:t>Encryption: Use default settings.</w:t>
      </w:r>
    </w:p>
    <w:p w14:paraId="0D74E19A" w14:textId="77777777" w:rsidR="00C5297E" w:rsidRPr="00F258FA" w:rsidRDefault="00C5297E" w:rsidP="00F258FA">
      <w:pPr>
        <w:rPr>
          <w:rFonts w:ascii="Lato" w:hAnsi="Lato"/>
          <w:b/>
          <w:bCs/>
          <w:sz w:val="24"/>
          <w:szCs w:val="24"/>
          <w:lang w:val="en-GB"/>
        </w:rPr>
      </w:pPr>
      <w:r w:rsidRPr="00F258FA">
        <w:rPr>
          <w:rFonts w:ascii="Lato" w:hAnsi="Lato"/>
          <w:sz w:val="24"/>
          <w:szCs w:val="24"/>
          <w:lang w:val="en-GB"/>
        </w:rPr>
        <w:t>Logs:</w:t>
      </w:r>
    </w:p>
    <w:p w14:paraId="57FF83E5" w14:textId="2E139EE1" w:rsidR="00C5297E" w:rsidRPr="00F258FA" w:rsidRDefault="00C5297E" w:rsidP="00F258FA">
      <w:pPr>
        <w:rPr>
          <w:rFonts w:ascii="Lato" w:hAnsi="Lato"/>
          <w:b/>
          <w:bCs/>
          <w:sz w:val="24"/>
          <w:szCs w:val="24"/>
          <w:lang w:val="en-GB"/>
        </w:rPr>
      </w:pPr>
      <w:r w:rsidRPr="00F258FA">
        <w:rPr>
          <w:rFonts w:ascii="Lato" w:hAnsi="Lato"/>
          <w:sz w:val="24"/>
          <w:szCs w:val="24"/>
          <w:lang w:val="en-GB"/>
        </w:rPr>
        <w:t>Enable CloudWatch logs.</w:t>
      </w:r>
    </w:p>
    <w:p w14:paraId="0073D5D1" w14:textId="77777777" w:rsidR="00C5297E" w:rsidRPr="00F258FA" w:rsidRDefault="00C5297E" w:rsidP="00F258FA">
      <w:pPr>
        <w:rPr>
          <w:rFonts w:ascii="Lato" w:hAnsi="Lato"/>
          <w:b/>
          <w:bCs/>
          <w:sz w:val="24"/>
          <w:szCs w:val="24"/>
          <w:lang w:val="en-GB"/>
        </w:rPr>
      </w:pPr>
      <w:r w:rsidRPr="00F258FA">
        <w:rPr>
          <w:rFonts w:ascii="Lato" w:hAnsi="Lato"/>
          <w:sz w:val="24"/>
          <w:szCs w:val="24"/>
          <w:lang w:val="en-GB"/>
        </w:rPr>
        <w:t>Create the Project.</w:t>
      </w:r>
    </w:p>
    <w:p w14:paraId="6A886E81" w14:textId="0F044992" w:rsidR="00C5297E" w:rsidRDefault="00C5297E" w:rsidP="00C5297E">
      <w:pPr>
        <w:rPr>
          <w:lang w:val="en-GB"/>
        </w:rPr>
      </w:pPr>
      <w:r>
        <w:rPr>
          <w:lang w:val="en-GB"/>
        </w:rPr>
        <w:t xml:space="preserve"> </w:t>
      </w:r>
    </w:p>
    <w:p w14:paraId="1B189B33" w14:textId="6E7D8576" w:rsidR="00C5297E" w:rsidRDefault="00C5297E" w:rsidP="00C5297E">
      <w:pPr>
        <w:rPr>
          <w:lang w:val="en-GB"/>
        </w:rPr>
      </w:pPr>
      <w:r w:rsidRPr="00C5297E">
        <w:rPr>
          <w:noProof/>
          <w:lang w:val="en-GB"/>
        </w:rPr>
        <w:drawing>
          <wp:inline distT="0" distB="0" distL="0" distR="0" wp14:anchorId="6075E77E" wp14:editId="34B8F65D">
            <wp:extent cx="6206490" cy="3546763"/>
            <wp:effectExtent l="0" t="0" r="3810" b="0"/>
            <wp:docPr id="6527716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71636" name="Picture 1" descr="A screenshot of a computer&#10;&#10;AI-generated content may be incorrect."/>
                    <pic:cNvPicPr/>
                  </pic:nvPicPr>
                  <pic:blipFill>
                    <a:blip r:embed="rId27"/>
                    <a:stretch>
                      <a:fillRect/>
                    </a:stretch>
                  </pic:blipFill>
                  <pic:spPr>
                    <a:xfrm>
                      <a:off x="0" y="0"/>
                      <a:ext cx="6215839" cy="3552105"/>
                    </a:xfrm>
                    <a:prstGeom prst="rect">
                      <a:avLst/>
                    </a:prstGeom>
                  </pic:spPr>
                </pic:pic>
              </a:graphicData>
            </a:graphic>
          </wp:inline>
        </w:drawing>
      </w:r>
    </w:p>
    <w:p w14:paraId="05BBD96D" w14:textId="77777777" w:rsidR="00F258FA" w:rsidRDefault="00F258FA" w:rsidP="00C5297E">
      <w:pPr>
        <w:rPr>
          <w:lang w:val="en-GB"/>
        </w:rPr>
      </w:pPr>
    </w:p>
    <w:p w14:paraId="501DB61C" w14:textId="692DD204" w:rsidR="00C5297E" w:rsidRPr="00246C8C" w:rsidRDefault="00C5297E" w:rsidP="00246C8C">
      <w:pPr>
        <w:pStyle w:val="Heading2"/>
        <w:rPr>
          <w:sz w:val="28"/>
          <w:szCs w:val="28"/>
        </w:rPr>
      </w:pPr>
      <w:bookmarkStart w:id="7" w:name="_Toc192867419"/>
      <w:r w:rsidRPr="00246C8C">
        <w:rPr>
          <w:sz w:val="28"/>
          <w:szCs w:val="28"/>
          <w:lang w:val="en-GB"/>
        </w:rPr>
        <w:t xml:space="preserve">Step 7: </w:t>
      </w:r>
      <w:r w:rsidRPr="00246C8C">
        <w:rPr>
          <w:sz w:val="28"/>
          <w:szCs w:val="28"/>
        </w:rPr>
        <w:t>Link the CodeBuild Project to CodePipeline</w:t>
      </w:r>
      <w:bookmarkEnd w:id="7"/>
    </w:p>
    <w:p w14:paraId="05727386" w14:textId="77777777" w:rsidR="00902A1D" w:rsidRPr="00902A1D" w:rsidRDefault="00902A1D" w:rsidP="00902A1D"/>
    <w:p w14:paraId="3ADBCB39" w14:textId="0F2FFE21" w:rsidR="00C5297E" w:rsidRPr="00246C8C" w:rsidRDefault="00C5297E" w:rsidP="00246C8C">
      <w:pPr>
        <w:rPr>
          <w:rFonts w:ascii="Lato" w:hAnsi="Lato"/>
          <w:sz w:val="24"/>
          <w:szCs w:val="24"/>
          <w:lang w:val="en-GB"/>
        </w:rPr>
      </w:pPr>
      <w:r w:rsidRPr="00246C8C">
        <w:rPr>
          <w:rFonts w:ascii="Lato" w:hAnsi="Lato"/>
          <w:sz w:val="24"/>
          <w:szCs w:val="24"/>
          <w:lang w:val="en-GB"/>
        </w:rPr>
        <w:t>Go to AWS CodePipeline &gt; Select your pipeline NodeJsAppPipeline &gt; Edit.</w:t>
      </w:r>
    </w:p>
    <w:p w14:paraId="1D102E57" w14:textId="6227DA54" w:rsidR="00C5297E" w:rsidRPr="00246C8C" w:rsidRDefault="00C5297E" w:rsidP="00246C8C">
      <w:pPr>
        <w:rPr>
          <w:rFonts w:ascii="Lato" w:hAnsi="Lato"/>
          <w:sz w:val="24"/>
          <w:szCs w:val="24"/>
          <w:lang w:val="en-GB"/>
        </w:rPr>
      </w:pPr>
      <w:r w:rsidRPr="00246C8C">
        <w:rPr>
          <w:rFonts w:ascii="Lato" w:hAnsi="Lato"/>
          <w:sz w:val="24"/>
          <w:szCs w:val="24"/>
          <w:lang w:val="en-GB"/>
        </w:rPr>
        <w:t>In the Build stage:</w:t>
      </w:r>
    </w:p>
    <w:p w14:paraId="10CE70E9" w14:textId="13782E25" w:rsidR="00C5297E" w:rsidRPr="00246C8C" w:rsidRDefault="00C5297E" w:rsidP="00246C8C">
      <w:pPr>
        <w:rPr>
          <w:rFonts w:ascii="Lato" w:hAnsi="Lato"/>
          <w:sz w:val="24"/>
          <w:szCs w:val="24"/>
          <w:lang w:val="en-GB"/>
        </w:rPr>
      </w:pPr>
      <w:r w:rsidRPr="00246C8C">
        <w:rPr>
          <w:rFonts w:ascii="Lato" w:hAnsi="Lato"/>
          <w:sz w:val="24"/>
          <w:szCs w:val="24"/>
          <w:lang w:val="en-GB"/>
        </w:rPr>
        <w:t xml:space="preserve">      Click Edit action.</w:t>
      </w:r>
    </w:p>
    <w:p w14:paraId="5ACE620D" w14:textId="1DB3000A" w:rsidR="00C5297E" w:rsidRPr="00246C8C" w:rsidRDefault="00C5297E" w:rsidP="00246C8C">
      <w:pPr>
        <w:rPr>
          <w:rFonts w:ascii="Lato" w:hAnsi="Lato"/>
          <w:sz w:val="24"/>
          <w:szCs w:val="24"/>
          <w:lang w:val="en-GB"/>
        </w:rPr>
      </w:pPr>
      <w:r w:rsidRPr="00246C8C">
        <w:rPr>
          <w:rFonts w:ascii="Lato" w:hAnsi="Lato"/>
          <w:sz w:val="24"/>
          <w:szCs w:val="24"/>
          <w:lang w:val="en-GB"/>
        </w:rPr>
        <w:t xml:space="preserve">      Under Project name, select NodeJSMusicianApp from the dropdown list.</w:t>
      </w:r>
    </w:p>
    <w:p w14:paraId="3A946A89" w14:textId="4EB36A79" w:rsidR="00C5297E" w:rsidRPr="00246C8C" w:rsidRDefault="00C5297E" w:rsidP="00246C8C">
      <w:pPr>
        <w:rPr>
          <w:rFonts w:ascii="Lato" w:hAnsi="Lato"/>
          <w:sz w:val="24"/>
          <w:szCs w:val="24"/>
          <w:lang w:val="en-GB"/>
        </w:rPr>
      </w:pPr>
      <w:r w:rsidRPr="00246C8C">
        <w:rPr>
          <w:rFonts w:ascii="Lato" w:hAnsi="Lato"/>
          <w:sz w:val="24"/>
          <w:szCs w:val="24"/>
          <w:lang w:val="en-GB"/>
        </w:rPr>
        <w:lastRenderedPageBreak/>
        <w:t xml:space="preserve">      Click Done and Save pipeline.</w:t>
      </w:r>
    </w:p>
    <w:p w14:paraId="15511F48" w14:textId="77777777" w:rsidR="00645B4D" w:rsidRDefault="00645B4D" w:rsidP="00C5297E">
      <w:pPr>
        <w:ind w:left="360"/>
        <w:rPr>
          <w:rFonts w:ascii="Lato" w:hAnsi="Lato"/>
          <w:sz w:val="24"/>
          <w:szCs w:val="24"/>
          <w:lang w:val="en-GB"/>
        </w:rPr>
      </w:pPr>
    </w:p>
    <w:p w14:paraId="301500EE" w14:textId="142FA199" w:rsidR="00645B4D" w:rsidRPr="00C5297E" w:rsidRDefault="00645B4D" w:rsidP="00C5297E">
      <w:pPr>
        <w:ind w:left="360"/>
        <w:rPr>
          <w:rFonts w:ascii="Lato" w:hAnsi="Lato"/>
          <w:sz w:val="24"/>
          <w:szCs w:val="24"/>
          <w:lang w:val="en-GB"/>
        </w:rPr>
      </w:pPr>
      <w:r w:rsidRPr="00645B4D">
        <w:rPr>
          <w:rFonts w:ascii="Lato" w:hAnsi="Lato"/>
          <w:noProof/>
          <w:sz w:val="24"/>
          <w:szCs w:val="24"/>
          <w:lang w:val="en-GB"/>
        </w:rPr>
        <w:drawing>
          <wp:inline distT="0" distB="0" distL="0" distR="0" wp14:anchorId="02572B66" wp14:editId="2EC23024">
            <wp:extent cx="5957455" cy="5151755"/>
            <wp:effectExtent l="0" t="0" r="5715" b="0"/>
            <wp:docPr id="14551200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20001" name="Picture 1" descr="A screenshot of a computer&#10;&#10;AI-generated content may be incorrect."/>
                    <pic:cNvPicPr/>
                  </pic:nvPicPr>
                  <pic:blipFill>
                    <a:blip r:embed="rId28"/>
                    <a:stretch>
                      <a:fillRect/>
                    </a:stretch>
                  </pic:blipFill>
                  <pic:spPr>
                    <a:xfrm>
                      <a:off x="0" y="0"/>
                      <a:ext cx="5959756" cy="5153745"/>
                    </a:xfrm>
                    <a:prstGeom prst="rect">
                      <a:avLst/>
                    </a:prstGeom>
                  </pic:spPr>
                </pic:pic>
              </a:graphicData>
            </a:graphic>
          </wp:inline>
        </w:drawing>
      </w:r>
    </w:p>
    <w:p w14:paraId="4AAD4512" w14:textId="77777777" w:rsidR="00C5297E" w:rsidRPr="00C5297E" w:rsidRDefault="00C5297E" w:rsidP="00C5297E">
      <w:pPr>
        <w:rPr>
          <w:rFonts w:ascii="Lato" w:hAnsi="Lato"/>
          <w:sz w:val="24"/>
          <w:szCs w:val="24"/>
          <w:lang w:val="en-GB"/>
        </w:rPr>
      </w:pPr>
    </w:p>
    <w:p w14:paraId="39B217F9" w14:textId="77777777" w:rsidR="00FF2C7C" w:rsidRDefault="00FF2C7C" w:rsidP="00246C8C">
      <w:pPr>
        <w:pStyle w:val="Heading2"/>
        <w:rPr>
          <w:sz w:val="28"/>
          <w:szCs w:val="28"/>
        </w:rPr>
      </w:pPr>
    </w:p>
    <w:p w14:paraId="604DFB6B" w14:textId="77777777" w:rsidR="00FF2C7C" w:rsidRDefault="00FF2C7C" w:rsidP="00246C8C">
      <w:pPr>
        <w:pStyle w:val="Heading2"/>
        <w:rPr>
          <w:sz w:val="28"/>
          <w:szCs w:val="28"/>
        </w:rPr>
      </w:pPr>
    </w:p>
    <w:p w14:paraId="32879581" w14:textId="77777777" w:rsidR="00FF2C7C" w:rsidRDefault="00FF2C7C" w:rsidP="00246C8C">
      <w:pPr>
        <w:pStyle w:val="Heading2"/>
        <w:rPr>
          <w:sz w:val="28"/>
          <w:szCs w:val="28"/>
        </w:rPr>
      </w:pPr>
    </w:p>
    <w:p w14:paraId="2BF68B84" w14:textId="77777777" w:rsidR="00FF2C7C" w:rsidRDefault="00FF2C7C" w:rsidP="00246C8C">
      <w:pPr>
        <w:pStyle w:val="Heading2"/>
        <w:rPr>
          <w:sz w:val="28"/>
          <w:szCs w:val="28"/>
        </w:rPr>
      </w:pPr>
    </w:p>
    <w:p w14:paraId="2B9C032C" w14:textId="77777777" w:rsidR="00FF2C7C" w:rsidRDefault="00FF2C7C" w:rsidP="00FF2C7C"/>
    <w:p w14:paraId="780C0E1F" w14:textId="77777777" w:rsidR="00FF2C7C" w:rsidRDefault="00FF2C7C" w:rsidP="00FF2C7C"/>
    <w:p w14:paraId="4E413BC8" w14:textId="77777777" w:rsidR="000376BD" w:rsidRPr="00FF2C7C" w:rsidRDefault="000376BD" w:rsidP="00FF2C7C"/>
    <w:p w14:paraId="20D53E00" w14:textId="68DD3295" w:rsidR="009F4BCF" w:rsidRDefault="009F4BCF" w:rsidP="00246C8C">
      <w:pPr>
        <w:pStyle w:val="Heading2"/>
        <w:rPr>
          <w:sz w:val="28"/>
          <w:szCs w:val="28"/>
        </w:rPr>
      </w:pPr>
      <w:bookmarkStart w:id="8" w:name="_Toc192867420"/>
      <w:r w:rsidRPr="00246C8C">
        <w:rPr>
          <w:sz w:val="28"/>
          <w:szCs w:val="28"/>
        </w:rPr>
        <w:t xml:space="preserve">Step </w:t>
      </w:r>
      <w:r w:rsidR="00B51BC7">
        <w:rPr>
          <w:sz w:val="28"/>
          <w:szCs w:val="28"/>
        </w:rPr>
        <w:t>8</w:t>
      </w:r>
      <w:r w:rsidRPr="00246C8C">
        <w:rPr>
          <w:sz w:val="28"/>
          <w:szCs w:val="28"/>
        </w:rPr>
        <w:t xml:space="preserve">: </w:t>
      </w:r>
      <w:r w:rsidR="00A20C9A" w:rsidRPr="00246C8C">
        <w:rPr>
          <w:sz w:val="28"/>
          <w:szCs w:val="28"/>
        </w:rPr>
        <w:t>Build the Node.js Application</w:t>
      </w:r>
      <w:bookmarkEnd w:id="8"/>
      <w:r w:rsidR="00A20C9A" w:rsidRPr="00246C8C">
        <w:rPr>
          <w:sz w:val="28"/>
          <w:szCs w:val="28"/>
        </w:rPr>
        <w:t xml:space="preserve"> </w:t>
      </w:r>
    </w:p>
    <w:p w14:paraId="59C7D117" w14:textId="77777777" w:rsidR="000376BD" w:rsidRPr="000376BD" w:rsidRDefault="000376BD" w:rsidP="000376BD"/>
    <w:p w14:paraId="0FA62F51" w14:textId="16C698EA" w:rsidR="009F4BCF" w:rsidRPr="000376BD" w:rsidRDefault="009F4BCF" w:rsidP="000376BD">
      <w:pPr>
        <w:rPr>
          <w:rFonts w:ascii="Lato" w:hAnsi="Lato"/>
          <w:sz w:val="24"/>
          <w:szCs w:val="24"/>
        </w:rPr>
      </w:pPr>
      <w:r w:rsidRPr="000376BD">
        <w:rPr>
          <w:rFonts w:ascii="Lato" w:hAnsi="Lato"/>
          <w:sz w:val="24"/>
          <w:szCs w:val="24"/>
        </w:rPr>
        <w:t>Created an appspec.yml file with the following parameters:</w:t>
      </w:r>
    </w:p>
    <w:p w14:paraId="64A3A854" w14:textId="2A6F50A6" w:rsidR="009F4BCF" w:rsidRDefault="009F4BCF">
      <w:pPr>
        <w:rPr>
          <w:rFonts w:ascii="Lato" w:hAnsi="Lato"/>
          <w:sz w:val="24"/>
          <w:szCs w:val="24"/>
        </w:rPr>
      </w:pPr>
      <w:r w:rsidRPr="009F4BCF">
        <w:rPr>
          <w:rFonts w:ascii="Lato" w:hAnsi="Lato"/>
          <w:noProof/>
          <w:sz w:val="24"/>
          <w:szCs w:val="24"/>
        </w:rPr>
        <w:drawing>
          <wp:inline distT="0" distB="0" distL="0" distR="0" wp14:anchorId="0B75B5B1" wp14:editId="1B8401BF">
            <wp:extent cx="6033135" cy="3553691"/>
            <wp:effectExtent l="0" t="0" r="5715" b="8890"/>
            <wp:docPr id="1380569993"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69993" name="Picture 1" descr="A screenshot of a computer program&#10;&#10;AI-generated content may be incorrect."/>
                    <pic:cNvPicPr/>
                  </pic:nvPicPr>
                  <pic:blipFill>
                    <a:blip r:embed="rId29"/>
                    <a:stretch>
                      <a:fillRect/>
                    </a:stretch>
                  </pic:blipFill>
                  <pic:spPr>
                    <a:xfrm>
                      <a:off x="0" y="0"/>
                      <a:ext cx="6047746" cy="3562298"/>
                    </a:xfrm>
                    <a:prstGeom prst="rect">
                      <a:avLst/>
                    </a:prstGeom>
                  </pic:spPr>
                </pic:pic>
              </a:graphicData>
            </a:graphic>
          </wp:inline>
        </w:drawing>
      </w:r>
    </w:p>
    <w:p w14:paraId="50DC6688" w14:textId="20F5F3A3" w:rsidR="009F4BCF" w:rsidRPr="000376BD" w:rsidRDefault="009F4BCF" w:rsidP="000376BD">
      <w:pPr>
        <w:rPr>
          <w:rFonts w:ascii="Lato" w:hAnsi="Lato"/>
          <w:sz w:val="24"/>
          <w:szCs w:val="24"/>
        </w:rPr>
      </w:pPr>
      <w:r w:rsidRPr="000376BD">
        <w:rPr>
          <w:rFonts w:ascii="Lato" w:hAnsi="Lato"/>
          <w:sz w:val="24"/>
          <w:szCs w:val="24"/>
        </w:rPr>
        <w:t>Run the pipeline</w:t>
      </w:r>
    </w:p>
    <w:p w14:paraId="56EBBE36" w14:textId="2D22395E" w:rsidR="000E696B" w:rsidRPr="00CA2DA1" w:rsidRDefault="009F4BCF">
      <w:pPr>
        <w:rPr>
          <w:rFonts w:ascii="Lato" w:hAnsi="Lato"/>
          <w:sz w:val="24"/>
          <w:szCs w:val="24"/>
        </w:rPr>
      </w:pPr>
      <w:r w:rsidRPr="009F4BCF">
        <w:rPr>
          <w:rFonts w:ascii="Lato" w:hAnsi="Lato"/>
          <w:noProof/>
          <w:sz w:val="24"/>
          <w:szCs w:val="24"/>
        </w:rPr>
        <w:lastRenderedPageBreak/>
        <w:drawing>
          <wp:inline distT="0" distB="0" distL="0" distR="0" wp14:anchorId="6736C870" wp14:editId="747CC8B6">
            <wp:extent cx="6108700" cy="3244850"/>
            <wp:effectExtent l="0" t="0" r="6350" b="0"/>
            <wp:docPr id="12554864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6499" name="Picture 1" descr="A screenshot of a computer&#10;&#10;AI-generated content may be incorrect."/>
                    <pic:cNvPicPr/>
                  </pic:nvPicPr>
                  <pic:blipFill>
                    <a:blip r:embed="rId30"/>
                    <a:stretch>
                      <a:fillRect/>
                    </a:stretch>
                  </pic:blipFill>
                  <pic:spPr>
                    <a:xfrm>
                      <a:off x="0" y="0"/>
                      <a:ext cx="6108700" cy="3244850"/>
                    </a:xfrm>
                    <a:prstGeom prst="rect">
                      <a:avLst/>
                    </a:prstGeom>
                  </pic:spPr>
                </pic:pic>
              </a:graphicData>
            </a:graphic>
          </wp:inline>
        </w:drawing>
      </w:r>
    </w:p>
    <w:p w14:paraId="7A2EF3B0" w14:textId="4FC2AA29" w:rsidR="00272DD3" w:rsidRPr="00B05342" w:rsidRDefault="00A20C9A" w:rsidP="00B05342">
      <w:pPr>
        <w:pStyle w:val="Heading2"/>
        <w:rPr>
          <w:sz w:val="28"/>
          <w:szCs w:val="28"/>
        </w:rPr>
      </w:pPr>
      <w:bookmarkStart w:id="9" w:name="_Toc192867421"/>
      <w:r w:rsidRPr="00CA2DA1">
        <w:rPr>
          <w:sz w:val="28"/>
          <w:szCs w:val="28"/>
        </w:rPr>
        <w:t xml:space="preserve">Step </w:t>
      </w:r>
      <w:r w:rsidR="00B51BC7">
        <w:rPr>
          <w:sz w:val="28"/>
          <w:szCs w:val="28"/>
        </w:rPr>
        <w:t>9</w:t>
      </w:r>
      <w:r w:rsidRPr="00CA2DA1">
        <w:rPr>
          <w:sz w:val="28"/>
          <w:szCs w:val="28"/>
        </w:rPr>
        <w:t xml:space="preserve">: </w:t>
      </w:r>
      <w:r w:rsidR="00311023">
        <w:rPr>
          <w:sz w:val="28"/>
          <w:szCs w:val="28"/>
        </w:rPr>
        <w:t xml:space="preserve">To </w:t>
      </w:r>
      <w:r w:rsidR="00A83517" w:rsidRPr="00A83517">
        <w:rPr>
          <w:sz w:val="28"/>
          <w:szCs w:val="28"/>
        </w:rPr>
        <w:t>Automat</w:t>
      </w:r>
      <w:r w:rsidR="00311023">
        <w:rPr>
          <w:sz w:val="28"/>
          <w:szCs w:val="28"/>
        </w:rPr>
        <w:t xml:space="preserve">e </w:t>
      </w:r>
      <w:r w:rsidR="00A83517" w:rsidRPr="00A83517">
        <w:rPr>
          <w:sz w:val="28"/>
          <w:szCs w:val="28"/>
        </w:rPr>
        <w:t>AWS CodePipeline Deployment</w:t>
      </w:r>
      <w:bookmarkEnd w:id="9"/>
    </w:p>
    <w:p w14:paraId="798BF46E" w14:textId="77777777" w:rsidR="00B05342" w:rsidRDefault="00B05342" w:rsidP="00B05342">
      <w:pPr>
        <w:rPr>
          <w:rFonts w:ascii="Lato" w:hAnsi="Lato"/>
          <w:sz w:val="24"/>
          <w:szCs w:val="24"/>
          <w:lang w:val="en-GB" w:eastAsia="en-GB"/>
        </w:rPr>
      </w:pPr>
    </w:p>
    <w:p w14:paraId="5C6E27E2" w14:textId="099A250C" w:rsidR="00B05342" w:rsidRPr="00311023" w:rsidRDefault="00B05342" w:rsidP="00B05342">
      <w:pPr>
        <w:rPr>
          <w:rFonts w:ascii="Lato" w:hAnsi="Lato"/>
          <w:b/>
          <w:bCs/>
          <w:sz w:val="24"/>
          <w:szCs w:val="24"/>
          <w:lang w:val="en-GB" w:eastAsia="en-GB"/>
        </w:rPr>
      </w:pPr>
      <w:r w:rsidRPr="00311023">
        <w:rPr>
          <w:rFonts w:ascii="Lato" w:hAnsi="Lato"/>
          <w:b/>
          <w:bCs/>
          <w:sz w:val="24"/>
          <w:szCs w:val="24"/>
          <w:lang w:val="en-GB" w:eastAsia="en-GB"/>
        </w:rPr>
        <w:t>Set Up Source Control Trigger</w:t>
      </w:r>
    </w:p>
    <w:p w14:paraId="08FCF29B" w14:textId="77777777" w:rsidR="00B05342" w:rsidRPr="00B05342" w:rsidRDefault="00B05342" w:rsidP="00B05342">
      <w:pPr>
        <w:rPr>
          <w:rFonts w:ascii="Lato" w:hAnsi="Lato"/>
          <w:sz w:val="24"/>
          <w:szCs w:val="24"/>
          <w:lang w:val="en-GB" w:eastAsia="en-GB"/>
        </w:rPr>
      </w:pPr>
      <w:r w:rsidRPr="00B05342">
        <w:rPr>
          <w:rFonts w:ascii="Lato" w:hAnsi="Lato"/>
          <w:sz w:val="24"/>
          <w:szCs w:val="24"/>
          <w:lang w:val="en-GB" w:eastAsia="en-GB"/>
        </w:rPr>
        <w:t xml:space="preserve">In AWS CodePipeline, configure the source stage to monitor a repository: </w:t>
      </w:r>
    </w:p>
    <w:p w14:paraId="6AF3CE31" w14:textId="77777777" w:rsidR="00B05342" w:rsidRPr="00B05342" w:rsidRDefault="00B05342" w:rsidP="00B05342">
      <w:pPr>
        <w:rPr>
          <w:rFonts w:ascii="Lato" w:hAnsi="Lato"/>
          <w:sz w:val="24"/>
          <w:szCs w:val="24"/>
          <w:lang w:val="en-GB" w:eastAsia="en-GB"/>
        </w:rPr>
      </w:pPr>
      <w:r w:rsidRPr="00B05342">
        <w:rPr>
          <w:rFonts w:ascii="Lato" w:hAnsi="Lato"/>
          <w:sz w:val="24"/>
          <w:szCs w:val="24"/>
          <w:lang w:val="en-GB" w:eastAsia="en-GB"/>
        </w:rPr>
        <w:t>GitHub: Set up a webhook to trigger deployments on code commits.</w:t>
      </w:r>
    </w:p>
    <w:p w14:paraId="263A1C3F" w14:textId="77777777" w:rsidR="00B05342" w:rsidRPr="00B05342" w:rsidRDefault="00B05342" w:rsidP="00B05342">
      <w:pPr>
        <w:rPr>
          <w:rFonts w:ascii="Lato" w:hAnsi="Lato"/>
          <w:sz w:val="24"/>
          <w:szCs w:val="24"/>
          <w:lang w:val="en-GB" w:eastAsia="en-GB"/>
        </w:rPr>
      </w:pPr>
      <w:r w:rsidRPr="00B05342">
        <w:rPr>
          <w:rFonts w:ascii="Lato" w:hAnsi="Lato"/>
          <w:sz w:val="24"/>
          <w:szCs w:val="24"/>
          <w:lang w:val="en-GB" w:eastAsia="en-GB"/>
        </w:rPr>
        <w:t>AWS CodeCommit: Enable automatic triggers when changes are pushed.</w:t>
      </w:r>
    </w:p>
    <w:p w14:paraId="7DA9DF17" w14:textId="4352D506" w:rsidR="00B05342" w:rsidRDefault="00B05342" w:rsidP="00272DD3">
      <w:pPr>
        <w:rPr>
          <w:rFonts w:ascii="Lato" w:hAnsi="Lato"/>
          <w:sz w:val="24"/>
          <w:szCs w:val="24"/>
          <w:lang w:val="en-GB" w:eastAsia="en-GB"/>
        </w:rPr>
      </w:pPr>
      <w:r w:rsidRPr="00B05342">
        <w:rPr>
          <w:rFonts w:ascii="Lato" w:hAnsi="Lato"/>
          <w:sz w:val="24"/>
          <w:szCs w:val="24"/>
          <w:lang w:val="en-GB" w:eastAsia="en-GB"/>
        </w:rPr>
        <w:t>Amazon S3: Use event notifications for new object uploads (if using S3 as a source).</w:t>
      </w:r>
    </w:p>
    <w:p w14:paraId="04B6CCBB" w14:textId="77777777" w:rsidR="00A81CA1" w:rsidRPr="00A81CA1" w:rsidRDefault="00A81CA1" w:rsidP="00A81CA1">
      <w:pPr>
        <w:rPr>
          <w:rFonts w:ascii="Lato" w:hAnsi="Lato"/>
          <w:b/>
          <w:bCs/>
          <w:sz w:val="24"/>
          <w:szCs w:val="24"/>
          <w:lang w:val="en-GB" w:eastAsia="en-GB"/>
        </w:rPr>
      </w:pPr>
      <w:r w:rsidRPr="00A81CA1">
        <w:rPr>
          <w:rFonts w:ascii="Lato" w:hAnsi="Lato"/>
          <w:b/>
          <w:bCs/>
          <w:sz w:val="24"/>
          <w:szCs w:val="24"/>
          <w:lang w:val="en-GB" w:eastAsia="en-GB"/>
        </w:rPr>
        <w:t>Define a CI/CD Workflow</w:t>
      </w:r>
    </w:p>
    <w:p w14:paraId="73D8DFE5" w14:textId="77777777" w:rsidR="00A81CA1" w:rsidRDefault="00A81CA1" w:rsidP="00A81CA1">
      <w:pPr>
        <w:rPr>
          <w:rFonts w:ascii="Lato" w:hAnsi="Lato"/>
          <w:sz w:val="24"/>
          <w:szCs w:val="24"/>
          <w:lang w:val="en-GB" w:eastAsia="en-GB"/>
        </w:rPr>
      </w:pPr>
      <w:r w:rsidRPr="00A81CA1">
        <w:rPr>
          <w:rFonts w:ascii="Lato" w:hAnsi="Lato"/>
          <w:sz w:val="24"/>
          <w:szCs w:val="24"/>
          <w:lang w:val="en-GB" w:eastAsia="en-GB"/>
        </w:rPr>
        <w:t xml:space="preserve">Create a </w:t>
      </w:r>
      <w:proofErr w:type="spellStart"/>
      <w:r w:rsidRPr="00A81CA1">
        <w:rPr>
          <w:rFonts w:ascii="Lato" w:hAnsi="Lato"/>
          <w:sz w:val="24"/>
          <w:szCs w:val="24"/>
          <w:lang w:val="en-GB" w:eastAsia="en-GB"/>
        </w:rPr>
        <w:t>buildspec.yml</w:t>
      </w:r>
      <w:proofErr w:type="spellEnd"/>
      <w:r w:rsidRPr="00A81CA1">
        <w:rPr>
          <w:rFonts w:ascii="Lato" w:hAnsi="Lato"/>
          <w:sz w:val="24"/>
          <w:szCs w:val="24"/>
          <w:lang w:val="en-GB" w:eastAsia="en-GB"/>
        </w:rPr>
        <w:t xml:space="preserve"> file in the repository for AWS CodeBuild to define the build steps:</w:t>
      </w:r>
    </w:p>
    <w:p w14:paraId="5688BC8B" w14:textId="77777777" w:rsidR="00FC1B34" w:rsidRPr="00FC1B34" w:rsidRDefault="00FC1B34" w:rsidP="00FC1B34">
      <w:pPr>
        <w:rPr>
          <w:rFonts w:ascii="Lato" w:hAnsi="Lato"/>
          <w:sz w:val="24"/>
          <w:szCs w:val="24"/>
          <w:lang w:val="en-GB" w:eastAsia="en-GB"/>
        </w:rPr>
      </w:pPr>
      <w:r w:rsidRPr="00FC1B34">
        <w:rPr>
          <w:rFonts w:ascii="Lato" w:hAnsi="Lato"/>
          <w:sz w:val="24"/>
          <w:szCs w:val="24"/>
          <w:lang w:val="en-GB" w:eastAsia="en-GB"/>
        </w:rPr>
        <w:t>version: 0.2</w:t>
      </w:r>
    </w:p>
    <w:p w14:paraId="56B6020D" w14:textId="77777777" w:rsidR="00FC1B34" w:rsidRPr="00FC1B34" w:rsidRDefault="00FC1B34" w:rsidP="00FC1B34">
      <w:pPr>
        <w:rPr>
          <w:rFonts w:ascii="Lato" w:hAnsi="Lato"/>
          <w:sz w:val="24"/>
          <w:szCs w:val="24"/>
          <w:lang w:val="en-GB" w:eastAsia="en-GB"/>
        </w:rPr>
      </w:pPr>
      <w:r w:rsidRPr="00FC1B34">
        <w:rPr>
          <w:rFonts w:ascii="Lato" w:hAnsi="Lato"/>
          <w:sz w:val="24"/>
          <w:szCs w:val="24"/>
          <w:lang w:val="en-GB" w:eastAsia="en-GB"/>
        </w:rPr>
        <w:t>phases:</w:t>
      </w:r>
    </w:p>
    <w:p w14:paraId="1F799999" w14:textId="77777777" w:rsidR="00FC1B34" w:rsidRPr="00FC1B34" w:rsidRDefault="00FC1B34" w:rsidP="00FC1B34">
      <w:pPr>
        <w:rPr>
          <w:rFonts w:ascii="Lato" w:hAnsi="Lato"/>
          <w:sz w:val="24"/>
          <w:szCs w:val="24"/>
          <w:lang w:val="en-GB" w:eastAsia="en-GB"/>
        </w:rPr>
      </w:pPr>
      <w:r w:rsidRPr="00FC1B34">
        <w:rPr>
          <w:rFonts w:ascii="Lato" w:hAnsi="Lato"/>
          <w:sz w:val="24"/>
          <w:szCs w:val="24"/>
          <w:lang w:val="en-GB" w:eastAsia="en-GB"/>
        </w:rPr>
        <w:t xml:space="preserve">  install:</w:t>
      </w:r>
    </w:p>
    <w:p w14:paraId="17063323" w14:textId="77777777" w:rsidR="00FC1B34" w:rsidRPr="00FC1B34" w:rsidRDefault="00FC1B34" w:rsidP="00FC1B34">
      <w:pPr>
        <w:rPr>
          <w:rFonts w:ascii="Lato" w:hAnsi="Lato"/>
          <w:sz w:val="24"/>
          <w:szCs w:val="24"/>
          <w:lang w:val="en-GB" w:eastAsia="en-GB"/>
        </w:rPr>
      </w:pPr>
      <w:r w:rsidRPr="00FC1B34">
        <w:rPr>
          <w:rFonts w:ascii="Lato" w:hAnsi="Lato"/>
          <w:sz w:val="24"/>
          <w:szCs w:val="24"/>
          <w:lang w:val="en-GB" w:eastAsia="en-GB"/>
        </w:rPr>
        <w:t xml:space="preserve">    runtime-versions:</w:t>
      </w:r>
    </w:p>
    <w:p w14:paraId="63E4942A" w14:textId="77777777" w:rsidR="00FC1B34" w:rsidRPr="00FC1B34" w:rsidRDefault="00FC1B34" w:rsidP="00FC1B34">
      <w:pPr>
        <w:rPr>
          <w:rFonts w:ascii="Lato" w:hAnsi="Lato"/>
          <w:sz w:val="24"/>
          <w:szCs w:val="24"/>
          <w:lang w:val="en-GB" w:eastAsia="en-GB"/>
        </w:rPr>
      </w:pPr>
      <w:r w:rsidRPr="00FC1B34">
        <w:rPr>
          <w:rFonts w:ascii="Lato" w:hAnsi="Lato"/>
          <w:sz w:val="24"/>
          <w:szCs w:val="24"/>
          <w:lang w:val="en-GB" w:eastAsia="en-GB"/>
        </w:rPr>
        <w:lastRenderedPageBreak/>
        <w:t xml:space="preserve">      </w:t>
      </w:r>
      <w:proofErr w:type="spellStart"/>
      <w:r w:rsidRPr="00FC1B34">
        <w:rPr>
          <w:rFonts w:ascii="Lato" w:hAnsi="Lato"/>
          <w:sz w:val="24"/>
          <w:szCs w:val="24"/>
          <w:lang w:val="en-GB" w:eastAsia="en-GB"/>
        </w:rPr>
        <w:t>nodejs</w:t>
      </w:r>
      <w:proofErr w:type="spellEnd"/>
      <w:r w:rsidRPr="00FC1B34">
        <w:rPr>
          <w:rFonts w:ascii="Lato" w:hAnsi="Lato"/>
          <w:sz w:val="24"/>
          <w:szCs w:val="24"/>
          <w:lang w:val="en-GB" w:eastAsia="en-GB"/>
        </w:rPr>
        <w:t>: 18</w:t>
      </w:r>
    </w:p>
    <w:p w14:paraId="5314EFEA" w14:textId="77777777" w:rsidR="00FC1B34" w:rsidRPr="00FC1B34" w:rsidRDefault="00FC1B34" w:rsidP="00FC1B34">
      <w:pPr>
        <w:rPr>
          <w:rFonts w:ascii="Lato" w:hAnsi="Lato"/>
          <w:sz w:val="24"/>
          <w:szCs w:val="24"/>
          <w:lang w:val="en-GB" w:eastAsia="en-GB"/>
        </w:rPr>
      </w:pPr>
      <w:r w:rsidRPr="00FC1B34">
        <w:rPr>
          <w:rFonts w:ascii="Lato" w:hAnsi="Lato"/>
          <w:sz w:val="24"/>
          <w:szCs w:val="24"/>
          <w:lang w:val="en-GB" w:eastAsia="en-GB"/>
        </w:rPr>
        <w:t xml:space="preserve">  </w:t>
      </w:r>
      <w:proofErr w:type="spellStart"/>
      <w:r w:rsidRPr="00FC1B34">
        <w:rPr>
          <w:rFonts w:ascii="Lato" w:hAnsi="Lato"/>
          <w:sz w:val="24"/>
          <w:szCs w:val="24"/>
          <w:lang w:val="en-GB" w:eastAsia="en-GB"/>
        </w:rPr>
        <w:t>pre_build</w:t>
      </w:r>
      <w:proofErr w:type="spellEnd"/>
      <w:r w:rsidRPr="00FC1B34">
        <w:rPr>
          <w:rFonts w:ascii="Lato" w:hAnsi="Lato"/>
          <w:sz w:val="24"/>
          <w:szCs w:val="24"/>
          <w:lang w:val="en-GB" w:eastAsia="en-GB"/>
        </w:rPr>
        <w:t>:</w:t>
      </w:r>
    </w:p>
    <w:p w14:paraId="6544C9FC" w14:textId="77777777" w:rsidR="00FC1B34" w:rsidRPr="00FC1B34" w:rsidRDefault="00FC1B34" w:rsidP="00FC1B34">
      <w:pPr>
        <w:rPr>
          <w:rFonts w:ascii="Lato" w:hAnsi="Lato"/>
          <w:sz w:val="24"/>
          <w:szCs w:val="24"/>
          <w:lang w:val="en-GB" w:eastAsia="en-GB"/>
        </w:rPr>
      </w:pPr>
      <w:r w:rsidRPr="00FC1B34">
        <w:rPr>
          <w:rFonts w:ascii="Lato" w:hAnsi="Lato"/>
          <w:sz w:val="24"/>
          <w:szCs w:val="24"/>
          <w:lang w:val="en-GB" w:eastAsia="en-GB"/>
        </w:rPr>
        <w:t xml:space="preserve">    commands:</w:t>
      </w:r>
    </w:p>
    <w:p w14:paraId="1B05AA8E" w14:textId="77777777" w:rsidR="00FC1B34" w:rsidRPr="00FC1B34" w:rsidRDefault="00FC1B34" w:rsidP="00FC1B34">
      <w:pPr>
        <w:rPr>
          <w:rFonts w:ascii="Lato" w:hAnsi="Lato"/>
          <w:sz w:val="24"/>
          <w:szCs w:val="24"/>
          <w:lang w:val="en-GB" w:eastAsia="en-GB"/>
        </w:rPr>
      </w:pPr>
      <w:r w:rsidRPr="00FC1B34">
        <w:rPr>
          <w:rFonts w:ascii="Lato" w:hAnsi="Lato"/>
          <w:sz w:val="24"/>
          <w:szCs w:val="24"/>
          <w:lang w:val="en-GB" w:eastAsia="en-GB"/>
        </w:rPr>
        <w:t xml:space="preserve">      - echo "Installing dependencies..."</w:t>
      </w:r>
    </w:p>
    <w:p w14:paraId="436CD38A" w14:textId="77777777" w:rsidR="00FC1B34" w:rsidRPr="00FC1B34" w:rsidRDefault="00FC1B34" w:rsidP="00FC1B34">
      <w:pPr>
        <w:rPr>
          <w:rFonts w:ascii="Lato" w:hAnsi="Lato"/>
          <w:sz w:val="24"/>
          <w:szCs w:val="24"/>
          <w:lang w:val="en-GB" w:eastAsia="en-GB"/>
        </w:rPr>
      </w:pPr>
      <w:r w:rsidRPr="00FC1B34">
        <w:rPr>
          <w:rFonts w:ascii="Lato" w:hAnsi="Lato"/>
          <w:sz w:val="24"/>
          <w:szCs w:val="24"/>
          <w:lang w:val="en-GB" w:eastAsia="en-GB"/>
        </w:rPr>
        <w:t xml:space="preserve">      - </w:t>
      </w:r>
      <w:proofErr w:type="spellStart"/>
      <w:r w:rsidRPr="00FC1B34">
        <w:rPr>
          <w:rFonts w:ascii="Lato" w:hAnsi="Lato"/>
          <w:sz w:val="24"/>
          <w:szCs w:val="24"/>
          <w:lang w:val="en-GB" w:eastAsia="en-GB"/>
        </w:rPr>
        <w:t>npm</w:t>
      </w:r>
      <w:proofErr w:type="spellEnd"/>
      <w:r w:rsidRPr="00FC1B34">
        <w:rPr>
          <w:rFonts w:ascii="Lato" w:hAnsi="Lato"/>
          <w:sz w:val="24"/>
          <w:szCs w:val="24"/>
          <w:lang w:val="en-GB" w:eastAsia="en-GB"/>
        </w:rPr>
        <w:t xml:space="preserve"> install</w:t>
      </w:r>
    </w:p>
    <w:p w14:paraId="40FC39B0" w14:textId="77777777" w:rsidR="00FC1B34" w:rsidRPr="00FC1B34" w:rsidRDefault="00FC1B34" w:rsidP="00FC1B34">
      <w:pPr>
        <w:rPr>
          <w:rFonts w:ascii="Lato" w:hAnsi="Lato"/>
          <w:sz w:val="24"/>
          <w:szCs w:val="24"/>
          <w:lang w:val="en-GB" w:eastAsia="en-GB"/>
        </w:rPr>
      </w:pPr>
      <w:r w:rsidRPr="00FC1B34">
        <w:rPr>
          <w:rFonts w:ascii="Lato" w:hAnsi="Lato"/>
          <w:sz w:val="24"/>
          <w:szCs w:val="24"/>
          <w:lang w:val="en-GB" w:eastAsia="en-GB"/>
        </w:rPr>
        <w:t xml:space="preserve">  build:</w:t>
      </w:r>
    </w:p>
    <w:p w14:paraId="273DE5A3" w14:textId="77777777" w:rsidR="00FC1B34" w:rsidRPr="00FC1B34" w:rsidRDefault="00FC1B34" w:rsidP="00FC1B34">
      <w:pPr>
        <w:rPr>
          <w:rFonts w:ascii="Lato" w:hAnsi="Lato"/>
          <w:sz w:val="24"/>
          <w:szCs w:val="24"/>
          <w:lang w:val="en-GB" w:eastAsia="en-GB"/>
        </w:rPr>
      </w:pPr>
      <w:r w:rsidRPr="00FC1B34">
        <w:rPr>
          <w:rFonts w:ascii="Lato" w:hAnsi="Lato"/>
          <w:sz w:val="24"/>
          <w:szCs w:val="24"/>
          <w:lang w:val="en-GB" w:eastAsia="en-GB"/>
        </w:rPr>
        <w:t xml:space="preserve">    commands:</w:t>
      </w:r>
    </w:p>
    <w:p w14:paraId="0C9F69BF" w14:textId="77777777" w:rsidR="00FC1B34" w:rsidRPr="00FC1B34" w:rsidRDefault="00FC1B34" w:rsidP="00FC1B34">
      <w:pPr>
        <w:rPr>
          <w:rFonts w:ascii="Lato" w:hAnsi="Lato"/>
          <w:sz w:val="24"/>
          <w:szCs w:val="24"/>
          <w:lang w:val="en-GB" w:eastAsia="en-GB"/>
        </w:rPr>
      </w:pPr>
      <w:r w:rsidRPr="00FC1B34">
        <w:rPr>
          <w:rFonts w:ascii="Lato" w:hAnsi="Lato"/>
          <w:sz w:val="24"/>
          <w:szCs w:val="24"/>
          <w:lang w:val="en-GB" w:eastAsia="en-GB"/>
        </w:rPr>
        <w:t xml:space="preserve">      - echo "Building the application..."</w:t>
      </w:r>
    </w:p>
    <w:p w14:paraId="5AA87B75" w14:textId="77777777" w:rsidR="00FC1B34" w:rsidRPr="00FC1B34" w:rsidRDefault="00FC1B34" w:rsidP="00FC1B34">
      <w:pPr>
        <w:rPr>
          <w:rFonts w:ascii="Lato" w:hAnsi="Lato"/>
          <w:sz w:val="24"/>
          <w:szCs w:val="24"/>
          <w:lang w:val="en-GB" w:eastAsia="en-GB"/>
        </w:rPr>
      </w:pPr>
      <w:r w:rsidRPr="00FC1B34">
        <w:rPr>
          <w:rFonts w:ascii="Lato" w:hAnsi="Lato"/>
          <w:sz w:val="24"/>
          <w:szCs w:val="24"/>
          <w:lang w:val="en-GB" w:eastAsia="en-GB"/>
        </w:rPr>
        <w:t xml:space="preserve">      - </w:t>
      </w:r>
      <w:proofErr w:type="spellStart"/>
      <w:r w:rsidRPr="00FC1B34">
        <w:rPr>
          <w:rFonts w:ascii="Lato" w:hAnsi="Lato"/>
          <w:sz w:val="24"/>
          <w:szCs w:val="24"/>
          <w:lang w:val="en-GB" w:eastAsia="en-GB"/>
        </w:rPr>
        <w:t>npm</w:t>
      </w:r>
      <w:proofErr w:type="spellEnd"/>
      <w:r w:rsidRPr="00FC1B34">
        <w:rPr>
          <w:rFonts w:ascii="Lato" w:hAnsi="Lato"/>
          <w:sz w:val="24"/>
          <w:szCs w:val="24"/>
          <w:lang w:val="en-GB" w:eastAsia="en-GB"/>
        </w:rPr>
        <w:t xml:space="preserve"> run build</w:t>
      </w:r>
    </w:p>
    <w:p w14:paraId="0C9524C1" w14:textId="77777777" w:rsidR="00FC1B34" w:rsidRPr="00FC1B34" w:rsidRDefault="00FC1B34" w:rsidP="00FC1B34">
      <w:pPr>
        <w:rPr>
          <w:rFonts w:ascii="Lato" w:hAnsi="Lato"/>
          <w:sz w:val="24"/>
          <w:szCs w:val="24"/>
          <w:lang w:val="en-GB" w:eastAsia="en-GB"/>
        </w:rPr>
      </w:pPr>
      <w:r w:rsidRPr="00FC1B34">
        <w:rPr>
          <w:rFonts w:ascii="Lato" w:hAnsi="Lato"/>
          <w:sz w:val="24"/>
          <w:szCs w:val="24"/>
          <w:lang w:val="en-GB" w:eastAsia="en-GB"/>
        </w:rPr>
        <w:t xml:space="preserve">  </w:t>
      </w:r>
      <w:proofErr w:type="spellStart"/>
      <w:r w:rsidRPr="00FC1B34">
        <w:rPr>
          <w:rFonts w:ascii="Lato" w:hAnsi="Lato"/>
          <w:sz w:val="24"/>
          <w:szCs w:val="24"/>
          <w:lang w:val="en-GB" w:eastAsia="en-GB"/>
        </w:rPr>
        <w:t>post_build</w:t>
      </w:r>
      <w:proofErr w:type="spellEnd"/>
      <w:r w:rsidRPr="00FC1B34">
        <w:rPr>
          <w:rFonts w:ascii="Lato" w:hAnsi="Lato"/>
          <w:sz w:val="24"/>
          <w:szCs w:val="24"/>
          <w:lang w:val="en-GB" w:eastAsia="en-GB"/>
        </w:rPr>
        <w:t>:</w:t>
      </w:r>
    </w:p>
    <w:p w14:paraId="50AFAD25" w14:textId="77777777" w:rsidR="00FC1B34" w:rsidRPr="00FC1B34" w:rsidRDefault="00FC1B34" w:rsidP="00FC1B34">
      <w:pPr>
        <w:rPr>
          <w:rFonts w:ascii="Lato" w:hAnsi="Lato"/>
          <w:sz w:val="24"/>
          <w:szCs w:val="24"/>
          <w:lang w:val="en-GB" w:eastAsia="en-GB"/>
        </w:rPr>
      </w:pPr>
      <w:r w:rsidRPr="00FC1B34">
        <w:rPr>
          <w:rFonts w:ascii="Lato" w:hAnsi="Lato"/>
          <w:sz w:val="24"/>
          <w:szCs w:val="24"/>
          <w:lang w:val="en-GB" w:eastAsia="en-GB"/>
        </w:rPr>
        <w:t xml:space="preserve">    commands:</w:t>
      </w:r>
    </w:p>
    <w:p w14:paraId="7E9244A5" w14:textId="77777777" w:rsidR="00FC1B34" w:rsidRPr="00FC1B34" w:rsidRDefault="00FC1B34" w:rsidP="00FC1B34">
      <w:pPr>
        <w:rPr>
          <w:rFonts w:ascii="Lato" w:hAnsi="Lato"/>
          <w:sz w:val="24"/>
          <w:szCs w:val="24"/>
          <w:lang w:val="en-GB" w:eastAsia="en-GB"/>
        </w:rPr>
      </w:pPr>
      <w:r w:rsidRPr="00FC1B34">
        <w:rPr>
          <w:rFonts w:ascii="Lato" w:hAnsi="Lato"/>
          <w:sz w:val="24"/>
          <w:szCs w:val="24"/>
          <w:lang w:val="en-GB" w:eastAsia="en-GB"/>
        </w:rPr>
        <w:t xml:space="preserve">      - echo "Uploading artifacts..."</w:t>
      </w:r>
    </w:p>
    <w:p w14:paraId="4C6076D6" w14:textId="77777777" w:rsidR="00FC1B34" w:rsidRPr="00FC1B34" w:rsidRDefault="00FC1B34" w:rsidP="00FC1B34">
      <w:pPr>
        <w:rPr>
          <w:rFonts w:ascii="Lato" w:hAnsi="Lato"/>
          <w:sz w:val="24"/>
          <w:szCs w:val="24"/>
          <w:lang w:val="en-GB" w:eastAsia="en-GB"/>
        </w:rPr>
      </w:pPr>
      <w:r w:rsidRPr="00FC1B34">
        <w:rPr>
          <w:rFonts w:ascii="Lato" w:hAnsi="Lato"/>
          <w:sz w:val="24"/>
          <w:szCs w:val="24"/>
          <w:lang w:val="en-GB" w:eastAsia="en-GB"/>
        </w:rPr>
        <w:t xml:space="preserve">      - </w:t>
      </w:r>
      <w:proofErr w:type="spellStart"/>
      <w:r w:rsidRPr="00FC1B34">
        <w:rPr>
          <w:rFonts w:ascii="Lato" w:hAnsi="Lato"/>
          <w:sz w:val="24"/>
          <w:szCs w:val="24"/>
          <w:lang w:val="en-GB" w:eastAsia="en-GB"/>
        </w:rPr>
        <w:t>aws</w:t>
      </w:r>
      <w:proofErr w:type="spellEnd"/>
      <w:r w:rsidRPr="00FC1B34">
        <w:rPr>
          <w:rFonts w:ascii="Lato" w:hAnsi="Lato"/>
          <w:sz w:val="24"/>
          <w:szCs w:val="24"/>
          <w:lang w:val="en-GB" w:eastAsia="en-GB"/>
        </w:rPr>
        <w:t xml:space="preserve"> s3 cp ./build s3://my-app-bucket --recursive</w:t>
      </w:r>
    </w:p>
    <w:p w14:paraId="2BBBC430" w14:textId="77777777" w:rsidR="00FC1B34" w:rsidRPr="00FC1B34" w:rsidRDefault="00FC1B34" w:rsidP="00FC1B34">
      <w:pPr>
        <w:rPr>
          <w:rFonts w:ascii="Lato" w:hAnsi="Lato"/>
          <w:sz w:val="24"/>
          <w:szCs w:val="24"/>
          <w:lang w:val="en-GB" w:eastAsia="en-GB"/>
        </w:rPr>
      </w:pPr>
      <w:r w:rsidRPr="00FC1B34">
        <w:rPr>
          <w:rFonts w:ascii="Lato" w:hAnsi="Lato"/>
          <w:sz w:val="24"/>
          <w:szCs w:val="24"/>
          <w:lang w:val="en-GB" w:eastAsia="en-GB"/>
        </w:rPr>
        <w:t>artifacts:</w:t>
      </w:r>
    </w:p>
    <w:p w14:paraId="5D62341C" w14:textId="77777777" w:rsidR="00FC1B34" w:rsidRPr="00FC1B34" w:rsidRDefault="00FC1B34" w:rsidP="00FC1B34">
      <w:pPr>
        <w:rPr>
          <w:rFonts w:ascii="Lato" w:hAnsi="Lato"/>
          <w:sz w:val="24"/>
          <w:szCs w:val="24"/>
          <w:lang w:val="en-GB" w:eastAsia="en-GB"/>
        </w:rPr>
      </w:pPr>
      <w:r w:rsidRPr="00FC1B34">
        <w:rPr>
          <w:rFonts w:ascii="Lato" w:hAnsi="Lato"/>
          <w:sz w:val="24"/>
          <w:szCs w:val="24"/>
          <w:lang w:val="en-GB" w:eastAsia="en-GB"/>
        </w:rPr>
        <w:t xml:space="preserve">  files:</w:t>
      </w:r>
    </w:p>
    <w:p w14:paraId="376DE4D5" w14:textId="1B760BBD" w:rsidR="00A81CA1" w:rsidRPr="00A81CA1" w:rsidRDefault="00FC1B34" w:rsidP="00FC1B34">
      <w:pPr>
        <w:rPr>
          <w:rFonts w:ascii="Lato" w:hAnsi="Lato"/>
          <w:sz w:val="24"/>
          <w:szCs w:val="24"/>
          <w:lang w:val="en-GB" w:eastAsia="en-GB"/>
        </w:rPr>
      </w:pPr>
      <w:r w:rsidRPr="00FC1B34">
        <w:rPr>
          <w:rFonts w:ascii="Lato" w:hAnsi="Lato"/>
          <w:sz w:val="24"/>
          <w:szCs w:val="24"/>
          <w:lang w:val="en-GB" w:eastAsia="en-GB"/>
        </w:rPr>
        <w:t xml:space="preserve">    - '**/*'</w:t>
      </w:r>
    </w:p>
    <w:p w14:paraId="2E5665F0" w14:textId="77777777" w:rsidR="00374CB0" w:rsidRPr="00374CB0" w:rsidRDefault="00374CB0" w:rsidP="00374CB0">
      <w:pPr>
        <w:rPr>
          <w:rFonts w:ascii="Lato" w:hAnsi="Lato"/>
          <w:sz w:val="24"/>
          <w:szCs w:val="24"/>
          <w:lang w:val="en-GB"/>
        </w:rPr>
      </w:pPr>
      <w:r w:rsidRPr="00374CB0">
        <w:rPr>
          <w:rFonts w:ascii="Lato" w:hAnsi="Lato"/>
          <w:sz w:val="24"/>
          <w:szCs w:val="24"/>
          <w:lang w:val="en-GB"/>
        </w:rPr>
        <w:t>Ensure CodeBuild is integrated into the pipeline.</w:t>
      </w:r>
    </w:p>
    <w:p w14:paraId="439166D4" w14:textId="6FEA26E3" w:rsidR="00374CB0" w:rsidRPr="00374CB0" w:rsidRDefault="00374CB0" w:rsidP="00374CB0">
      <w:pPr>
        <w:rPr>
          <w:rFonts w:ascii="Lato" w:hAnsi="Lato"/>
          <w:sz w:val="24"/>
          <w:szCs w:val="24"/>
          <w:lang w:val="en-GB"/>
        </w:rPr>
      </w:pPr>
      <w:r w:rsidRPr="00374CB0">
        <w:rPr>
          <w:rFonts w:ascii="Lato" w:hAnsi="Lato"/>
          <w:sz w:val="24"/>
          <w:szCs w:val="24"/>
          <w:lang w:val="en-GB"/>
        </w:rPr>
        <w:t>Automate Deployment Using AWS CodeDeploy</w:t>
      </w:r>
    </w:p>
    <w:p w14:paraId="3C22A729" w14:textId="77777777" w:rsidR="00374CB0" w:rsidRPr="00374CB0" w:rsidRDefault="00374CB0" w:rsidP="00374CB0">
      <w:pPr>
        <w:rPr>
          <w:rFonts w:ascii="Lato" w:hAnsi="Lato"/>
          <w:sz w:val="24"/>
          <w:szCs w:val="24"/>
          <w:lang w:val="en-GB"/>
        </w:rPr>
      </w:pPr>
      <w:r w:rsidRPr="00374CB0">
        <w:rPr>
          <w:rFonts w:ascii="Lato" w:hAnsi="Lato"/>
          <w:sz w:val="24"/>
          <w:szCs w:val="24"/>
          <w:lang w:val="en-GB"/>
        </w:rPr>
        <w:t>Configure AWS CodeDeploy to deploy the application to EC2 instances, ECS, or Lambda.</w:t>
      </w:r>
    </w:p>
    <w:p w14:paraId="1873A910" w14:textId="77777777" w:rsidR="00374CB0" w:rsidRPr="00374CB0" w:rsidRDefault="00374CB0" w:rsidP="00374CB0">
      <w:pPr>
        <w:rPr>
          <w:rFonts w:ascii="Lato" w:hAnsi="Lato"/>
          <w:sz w:val="24"/>
          <w:szCs w:val="24"/>
          <w:lang w:val="en-GB"/>
        </w:rPr>
      </w:pPr>
      <w:r w:rsidRPr="00374CB0">
        <w:rPr>
          <w:rFonts w:ascii="Lato" w:hAnsi="Lato"/>
          <w:sz w:val="24"/>
          <w:szCs w:val="24"/>
          <w:lang w:val="en-GB"/>
        </w:rPr>
        <w:t xml:space="preserve">Add an appspec.yml file for deployment automation: </w:t>
      </w:r>
    </w:p>
    <w:p w14:paraId="55041D83" w14:textId="77777777" w:rsidR="00EE2D3A" w:rsidRPr="007A3703" w:rsidRDefault="00EE2D3A" w:rsidP="00EE2D3A">
      <w:pPr>
        <w:rPr>
          <w:rFonts w:ascii="Lato" w:hAnsi="Lato"/>
          <w:i/>
          <w:iCs/>
          <w:sz w:val="24"/>
          <w:szCs w:val="24"/>
          <w:lang w:val="fr-FR"/>
        </w:rPr>
      </w:pPr>
      <w:r w:rsidRPr="007A3703">
        <w:rPr>
          <w:rFonts w:ascii="Lato" w:hAnsi="Lato"/>
          <w:i/>
          <w:iCs/>
          <w:sz w:val="24"/>
          <w:szCs w:val="24"/>
          <w:lang w:val="fr-FR"/>
        </w:rPr>
        <w:t>version: 0.0</w:t>
      </w:r>
    </w:p>
    <w:p w14:paraId="19ECFC44" w14:textId="77777777" w:rsidR="00EE2D3A" w:rsidRPr="007A3703" w:rsidRDefault="00EE2D3A" w:rsidP="00EE2D3A">
      <w:pPr>
        <w:rPr>
          <w:rFonts w:ascii="Lato" w:hAnsi="Lato"/>
          <w:i/>
          <w:iCs/>
          <w:sz w:val="24"/>
          <w:szCs w:val="24"/>
          <w:lang w:val="fr-FR"/>
        </w:rPr>
      </w:pPr>
      <w:r w:rsidRPr="007A3703">
        <w:rPr>
          <w:rFonts w:ascii="Lato" w:hAnsi="Lato"/>
          <w:i/>
          <w:iCs/>
          <w:sz w:val="24"/>
          <w:szCs w:val="24"/>
          <w:lang w:val="fr-FR"/>
        </w:rPr>
        <w:t>os: linux</w:t>
      </w:r>
    </w:p>
    <w:p w14:paraId="33966FBB" w14:textId="77777777" w:rsidR="00EE2D3A" w:rsidRPr="007A3703" w:rsidRDefault="00EE2D3A" w:rsidP="00EE2D3A">
      <w:pPr>
        <w:rPr>
          <w:rFonts w:ascii="Lato" w:hAnsi="Lato"/>
          <w:i/>
          <w:iCs/>
          <w:sz w:val="24"/>
          <w:szCs w:val="24"/>
          <w:lang w:val="fr-FR"/>
        </w:rPr>
      </w:pPr>
      <w:r w:rsidRPr="007A3703">
        <w:rPr>
          <w:rFonts w:ascii="Lato" w:hAnsi="Lato"/>
          <w:i/>
          <w:iCs/>
          <w:sz w:val="24"/>
          <w:szCs w:val="24"/>
          <w:lang w:val="fr-FR"/>
        </w:rPr>
        <w:t>files:</w:t>
      </w:r>
    </w:p>
    <w:p w14:paraId="2D492729" w14:textId="77777777" w:rsidR="00EE2D3A" w:rsidRPr="007A3703" w:rsidRDefault="00EE2D3A" w:rsidP="00EE2D3A">
      <w:pPr>
        <w:rPr>
          <w:rFonts w:ascii="Lato" w:hAnsi="Lato"/>
          <w:i/>
          <w:iCs/>
          <w:sz w:val="24"/>
          <w:szCs w:val="24"/>
          <w:lang w:val="fr-FR"/>
        </w:rPr>
      </w:pPr>
      <w:r w:rsidRPr="007A3703">
        <w:rPr>
          <w:rFonts w:ascii="Lato" w:hAnsi="Lato"/>
          <w:i/>
          <w:iCs/>
          <w:sz w:val="24"/>
          <w:szCs w:val="24"/>
          <w:lang w:val="fr-FR"/>
        </w:rPr>
        <w:lastRenderedPageBreak/>
        <w:t xml:space="preserve">  - source: /</w:t>
      </w:r>
    </w:p>
    <w:p w14:paraId="6A701BA5" w14:textId="77777777" w:rsidR="00EE2D3A" w:rsidRPr="007A3703" w:rsidRDefault="00EE2D3A" w:rsidP="00EE2D3A">
      <w:pPr>
        <w:rPr>
          <w:rFonts w:ascii="Lato" w:hAnsi="Lato"/>
          <w:i/>
          <w:iCs/>
          <w:sz w:val="24"/>
          <w:szCs w:val="24"/>
          <w:lang w:val="fr-FR"/>
        </w:rPr>
      </w:pPr>
      <w:r w:rsidRPr="007A3703">
        <w:rPr>
          <w:rFonts w:ascii="Lato" w:hAnsi="Lato"/>
          <w:i/>
          <w:iCs/>
          <w:sz w:val="24"/>
          <w:szCs w:val="24"/>
          <w:lang w:val="fr-FR"/>
        </w:rPr>
        <w:t xml:space="preserve">    destination: /var/www/html</w:t>
      </w:r>
    </w:p>
    <w:p w14:paraId="69E17B48" w14:textId="77777777" w:rsidR="00EE2D3A" w:rsidRPr="007A3703" w:rsidRDefault="00EE2D3A" w:rsidP="00EE2D3A">
      <w:pPr>
        <w:rPr>
          <w:rFonts w:ascii="Lato" w:hAnsi="Lato"/>
          <w:i/>
          <w:iCs/>
          <w:sz w:val="24"/>
          <w:szCs w:val="24"/>
          <w:lang w:val="fr-FR"/>
        </w:rPr>
      </w:pPr>
      <w:proofErr w:type="spellStart"/>
      <w:r w:rsidRPr="007A3703">
        <w:rPr>
          <w:rFonts w:ascii="Lato" w:hAnsi="Lato"/>
          <w:i/>
          <w:iCs/>
          <w:sz w:val="24"/>
          <w:szCs w:val="24"/>
          <w:lang w:val="fr-FR"/>
        </w:rPr>
        <w:t>hooks</w:t>
      </w:r>
      <w:proofErr w:type="spellEnd"/>
      <w:r w:rsidRPr="007A3703">
        <w:rPr>
          <w:rFonts w:ascii="Lato" w:hAnsi="Lato"/>
          <w:i/>
          <w:iCs/>
          <w:sz w:val="24"/>
          <w:szCs w:val="24"/>
          <w:lang w:val="fr-FR"/>
        </w:rPr>
        <w:t>:</w:t>
      </w:r>
    </w:p>
    <w:p w14:paraId="0A435A0B" w14:textId="77777777" w:rsidR="00EE2D3A" w:rsidRPr="007A3703" w:rsidRDefault="00EE2D3A" w:rsidP="00EE2D3A">
      <w:pPr>
        <w:rPr>
          <w:rFonts w:ascii="Lato" w:hAnsi="Lato"/>
          <w:i/>
          <w:iCs/>
          <w:sz w:val="24"/>
          <w:szCs w:val="24"/>
          <w:lang w:val="en-GB"/>
        </w:rPr>
      </w:pPr>
      <w:r w:rsidRPr="007A3703">
        <w:rPr>
          <w:rFonts w:ascii="Lato" w:hAnsi="Lato"/>
          <w:i/>
          <w:iCs/>
          <w:sz w:val="24"/>
          <w:szCs w:val="24"/>
          <w:lang w:val="fr-FR"/>
        </w:rPr>
        <w:t xml:space="preserve">  </w:t>
      </w:r>
      <w:proofErr w:type="spellStart"/>
      <w:r w:rsidRPr="007A3703">
        <w:rPr>
          <w:rFonts w:ascii="Lato" w:hAnsi="Lato"/>
          <w:i/>
          <w:iCs/>
          <w:sz w:val="24"/>
          <w:szCs w:val="24"/>
          <w:lang w:val="en-GB"/>
        </w:rPr>
        <w:t>ApplicationStart</w:t>
      </w:r>
      <w:proofErr w:type="spellEnd"/>
      <w:r w:rsidRPr="007A3703">
        <w:rPr>
          <w:rFonts w:ascii="Lato" w:hAnsi="Lato"/>
          <w:i/>
          <w:iCs/>
          <w:sz w:val="24"/>
          <w:szCs w:val="24"/>
          <w:lang w:val="en-GB"/>
        </w:rPr>
        <w:t>:</w:t>
      </w:r>
    </w:p>
    <w:p w14:paraId="54E20627" w14:textId="77777777" w:rsidR="00EE2D3A" w:rsidRPr="007A3703" w:rsidRDefault="00EE2D3A" w:rsidP="00EE2D3A">
      <w:pPr>
        <w:rPr>
          <w:rFonts w:ascii="Lato" w:hAnsi="Lato"/>
          <w:i/>
          <w:iCs/>
          <w:sz w:val="24"/>
          <w:szCs w:val="24"/>
          <w:lang w:val="en-GB"/>
        </w:rPr>
      </w:pPr>
      <w:r w:rsidRPr="007A3703">
        <w:rPr>
          <w:rFonts w:ascii="Lato" w:hAnsi="Lato"/>
          <w:i/>
          <w:iCs/>
          <w:sz w:val="24"/>
          <w:szCs w:val="24"/>
          <w:lang w:val="en-GB"/>
        </w:rPr>
        <w:t xml:space="preserve">    - location: scripts/start_server.sh</w:t>
      </w:r>
    </w:p>
    <w:p w14:paraId="7E12DBCF" w14:textId="77777777" w:rsidR="00EE2D3A" w:rsidRPr="007A3703" w:rsidRDefault="00EE2D3A" w:rsidP="00EE2D3A">
      <w:pPr>
        <w:rPr>
          <w:rFonts w:ascii="Lato" w:hAnsi="Lato"/>
          <w:i/>
          <w:iCs/>
          <w:sz w:val="24"/>
          <w:szCs w:val="24"/>
          <w:lang w:val="en-GB"/>
        </w:rPr>
      </w:pPr>
      <w:r w:rsidRPr="007A3703">
        <w:rPr>
          <w:rFonts w:ascii="Lato" w:hAnsi="Lato"/>
          <w:i/>
          <w:iCs/>
          <w:sz w:val="24"/>
          <w:szCs w:val="24"/>
          <w:lang w:val="en-GB"/>
        </w:rPr>
        <w:t xml:space="preserve">      timeout: 300</w:t>
      </w:r>
    </w:p>
    <w:p w14:paraId="5BBEE477" w14:textId="348785A4" w:rsidR="00374CB0" w:rsidRPr="00374CB0" w:rsidRDefault="00EE2D3A" w:rsidP="00EE2D3A">
      <w:pPr>
        <w:rPr>
          <w:rFonts w:ascii="Lato" w:hAnsi="Lato"/>
          <w:i/>
          <w:iCs/>
          <w:sz w:val="24"/>
          <w:szCs w:val="24"/>
          <w:lang w:val="en-GB"/>
        </w:rPr>
      </w:pPr>
      <w:r w:rsidRPr="007A3703">
        <w:rPr>
          <w:rFonts w:ascii="Lato" w:hAnsi="Lato"/>
          <w:i/>
          <w:iCs/>
          <w:sz w:val="24"/>
          <w:szCs w:val="24"/>
          <w:lang w:val="en-GB"/>
        </w:rPr>
        <w:t xml:space="preserve">      </w:t>
      </w:r>
      <w:proofErr w:type="spellStart"/>
      <w:r w:rsidRPr="007A3703">
        <w:rPr>
          <w:rFonts w:ascii="Lato" w:hAnsi="Lato"/>
          <w:i/>
          <w:iCs/>
          <w:sz w:val="24"/>
          <w:szCs w:val="24"/>
          <w:lang w:val="en-GB"/>
        </w:rPr>
        <w:t>runas</w:t>
      </w:r>
      <w:proofErr w:type="spellEnd"/>
      <w:r w:rsidRPr="007A3703">
        <w:rPr>
          <w:rFonts w:ascii="Lato" w:hAnsi="Lato"/>
          <w:i/>
          <w:iCs/>
          <w:sz w:val="24"/>
          <w:szCs w:val="24"/>
          <w:lang w:val="en-GB"/>
        </w:rPr>
        <w:t>: root</w:t>
      </w:r>
    </w:p>
    <w:p w14:paraId="22F24F7D" w14:textId="77777777" w:rsidR="007A3703" w:rsidRPr="007A3703" w:rsidRDefault="007A3703" w:rsidP="007A3703">
      <w:pPr>
        <w:rPr>
          <w:rFonts w:ascii="Lato" w:hAnsi="Lato"/>
          <w:sz w:val="24"/>
          <w:szCs w:val="24"/>
          <w:lang w:val="en-GB"/>
        </w:rPr>
      </w:pPr>
      <w:r w:rsidRPr="007A3703">
        <w:rPr>
          <w:rFonts w:ascii="Lato" w:hAnsi="Lato"/>
          <w:sz w:val="24"/>
          <w:szCs w:val="24"/>
          <w:lang w:val="en-GB"/>
        </w:rPr>
        <w:t>Add Notifications and Monitoring</w:t>
      </w:r>
    </w:p>
    <w:p w14:paraId="44E026E8" w14:textId="77777777" w:rsidR="007A3703" w:rsidRPr="007A3703" w:rsidRDefault="007A3703" w:rsidP="007A3703">
      <w:pPr>
        <w:rPr>
          <w:rFonts w:ascii="Lato" w:hAnsi="Lato"/>
          <w:sz w:val="24"/>
          <w:szCs w:val="24"/>
          <w:lang w:val="en-GB"/>
        </w:rPr>
      </w:pPr>
      <w:r w:rsidRPr="007A3703">
        <w:rPr>
          <w:rFonts w:ascii="Lato" w:hAnsi="Lato"/>
          <w:sz w:val="24"/>
          <w:szCs w:val="24"/>
          <w:lang w:val="en-GB"/>
        </w:rPr>
        <w:t>Enable Amazon SNS notifications for pipeline status updates.</w:t>
      </w:r>
    </w:p>
    <w:p w14:paraId="66416A78" w14:textId="77777777" w:rsidR="007A3703" w:rsidRPr="007A3703" w:rsidRDefault="007A3703" w:rsidP="007A3703">
      <w:pPr>
        <w:rPr>
          <w:rFonts w:ascii="Lato" w:hAnsi="Lato"/>
          <w:sz w:val="24"/>
          <w:szCs w:val="24"/>
          <w:lang w:val="en-GB"/>
        </w:rPr>
      </w:pPr>
      <w:r w:rsidRPr="007A3703">
        <w:rPr>
          <w:rFonts w:ascii="Lato" w:hAnsi="Lato"/>
          <w:sz w:val="24"/>
          <w:szCs w:val="24"/>
          <w:lang w:val="en-GB"/>
        </w:rPr>
        <w:t>Use Amazon CloudWatch Logs and AWS X-Ray for monitoring.</w:t>
      </w:r>
    </w:p>
    <w:p w14:paraId="769E75C7" w14:textId="29846C61" w:rsidR="007A3703" w:rsidRPr="007A3703" w:rsidRDefault="007A3703" w:rsidP="007A3703">
      <w:pPr>
        <w:rPr>
          <w:rFonts w:ascii="Lato" w:hAnsi="Lato"/>
          <w:sz w:val="24"/>
          <w:szCs w:val="24"/>
          <w:lang w:val="en-GB"/>
        </w:rPr>
      </w:pPr>
      <w:r w:rsidRPr="007A3703">
        <w:rPr>
          <w:rFonts w:ascii="Lato" w:hAnsi="Lato"/>
          <w:sz w:val="24"/>
          <w:szCs w:val="24"/>
          <w:lang w:val="en-GB"/>
        </w:rPr>
        <w:t>Automate Testing and Approvals</w:t>
      </w:r>
    </w:p>
    <w:p w14:paraId="38193A9F" w14:textId="77777777" w:rsidR="007A3703" w:rsidRPr="007A3703" w:rsidRDefault="007A3703" w:rsidP="007A3703">
      <w:pPr>
        <w:rPr>
          <w:rFonts w:ascii="Lato" w:hAnsi="Lato"/>
          <w:sz w:val="24"/>
          <w:szCs w:val="24"/>
          <w:lang w:val="en-GB"/>
        </w:rPr>
      </w:pPr>
      <w:r w:rsidRPr="007A3703">
        <w:rPr>
          <w:rFonts w:ascii="Lato" w:hAnsi="Lato"/>
          <w:sz w:val="24"/>
          <w:szCs w:val="24"/>
          <w:lang w:val="en-GB"/>
        </w:rPr>
        <w:t>Add an automated testing stage using AWS CodeBuild or Selenium for UI testing.</w:t>
      </w:r>
    </w:p>
    <w:p w14:paraId="3AEAABD2" w14:textId="77777777" w:rsidR="007A3703" w:rsidRPr="007A3703" w:rsidRDefault="007A3703" w:rsidP="007A3703">
      <w:pPr>
        <w:rPr>
          <w:rFonts w:ascii="Lato" w:hAnsi="Lato"/>
          <w:sz w:val="24"/>
          <w:szCs w:val="24"/>
          <w:lang w:val="en-GB"/>
        </w:rPr>
      </w:pPr>
      <w:r w:rsidRPr="007A3703">
        <w:rPr>
          <w:rFonts w:ascii="Lato" w:hAnsi="Lato"/>
          <w:sz w:val="24"/>
          <w:szCs w:val="24"/>
          <w:lang w:val="en-GB"/>
        </w:rPr>
        <w:t>Implement manual approval steps if required (e.g., security review before deployment).</w:t>
      </w:r>
    </w:p>
    <w:p w14:paraId="70B846DA" w14:textId="1C8B5B8C" w:rsidR="00643A07" w:rsidRDefault="00643A07" w:rsidP="00272DD3">
      <w:pPr>
        <w:rPr>
          <w:i/>
          <w:iCs/>
        </w:rPr>
      </w:pPr>
    </w:p>
    <w:p w14:paraId="31006A46" w14:textId="33815FF2" w:rsidR="00991546" w:rsidRDefault="00643A07" w:rsidP="007A3703">
      <w:pPr>
        <w:pStyle w:val="Heading3"/>
        <w:rPr>
          <w:sz w:val="28"/>
          <w:szCs w:val="28"/>
        </w:rPr>
      </w:pPr>
      <w:bookmarkStart w:id="10" w:name="_Toc192867422"/>
      <w:r w:rsidRPr="007A3703">
        <w:rPr>
          <w:sz w:val="28"/>
          <w:szCs w:val="28"/>
        </w:rPr>
        <w:t xml:space="preserve">Successful </w:t>
      </w:r>
      <w:r w:rsidR="00630FE6" w:rsidRPr="007A3703">
        <w:rPr>
          <w:sz w:val="28"/>
          <w:szCs w:val="28"/>
        </w:rPr>
        <w:t>deployment</w:t>
      </w:r>
      <w:r w:rsidR="00484C13" w:rsidRPr="007A3703">
        <w:rPr>
          <w:sz w:val="28"/>
          <w:szCs w:val="28"/>
        </w:rPr>
        <w:t xml:space="preserve">: </w:t>
      </w:r>
      <w:r w:rsidR="00991546" w:rsidRPr="007A3703">
        <w:rPr>
          <w:sz w:val="28"/>
          <w:szCs w:val="28"/>
        </w:rPr>
        <w:t>The Application</w:t>
      </w:r>
      <w:bookmarkEnd w:id="10"/>
    </w:p>
    <w:p w14:paraId="51CFECDB" w14:textId="77777777" w:rsidR="007A3703" w:rsidRPr="007A3703" w:rsidRDefault="007A3703" w:rsidP="007A3703"/>
    <w:p w14:paraId="4A086C35" w14:textId="7050CD55" w:rsidR="004F45FD" w:rsidRPr="004F45FD" w:rsidRDefault="00991546" w:rsidP="004F45FD">
      <w:r w:rsidRPr="00991546">
        <w:rPr>
          <w:noProof/>
        </w:rPr>
        <w:drawing>
          <wp:inline distT="0" distB="0" distL="0" distR="0" wp14:anchorId="3457FE93" wp14:editId="56251270">
            <wp:extent cx="5774055" cy="1915886"/>
            <wp:effectExtent l="0" t="0" r="0" b="8255"/>
            <wp:docPr id="11555672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67218" name="Picture 1" descr="A screenshot of a computer&#10;&#10;AI-generated content may be incorrect."/>
                    <pic:cNvPicPr/>
                  </pic:nvPicPr>
                  <pic:blipFill>
                    <a:blip r:embed="rId31"/>
                    <a:stretch>
                      <a:fillRect/>
                    </a:stretch>
                  </pic:blipFill>
                  <pic:spPr>
                    <a:xfrm>
                      <a:off x="0" y="0"/>
                      <a:ext cx="5780505" cy="1918026"/>
                    </a:xfrm>
                    <a:prstGeom prst="rect">
                      <a:avLst/>
                    </a:prstGeom>
                  </pic:spPr>
                </pic:pic>
              </a:graphicData>
            </a:graphic>
          </wp:inline>
        </w:drawing>
      </w:r>
    </w:p>
    <w:p w14:paraId="3C21B395" w14:textId="10A5B9BF" w:rsidR="00CE76F8" w:rsidRDefault="00C07D88" w:rsidP="00630FE6">
      <w:pPr>
        <w:pStyle w:val="Heading2"/>
        <w:rPr>
          <w:sz w:val="28"/>
          <w:szCs w:val="28"/>
          <w:lang w:val="en-GB" w:eastAsia="en-GB"/>
        </w:rPr>
      </w:pPr>
      <w:bookmarkStart w:id="11" w:name="_Toc192867423"/>
      <w:r w:rsidRPr="00C07D88">
        <w:rPr>
          <w:sz w:val="28"/>
          <w:szCs w:val="28"/>
          <w:lang w:val="en-GB" w:eastAsia="en-GB"/>
        </w:rPr>
        <w:t>Step 7: Trigger and Monitor Deployments</w:t>
      </w:r>
      <w:bookmarkEnd w:id="11"/>
    </w:p>
    <w:p w14:paraId="2A285F91" w14:textId="77777777" w:rsidR="00630FE6" w:rsidRPr="00630FE6" w:rsidRDefault="00630FE6" w:rsidP="00630FE6">
      <w:pPr>
        <w:rPr>
          <w:lang w:val="en-GB" w:eastAsia="en-GB"/>
        </w:rPr>
      </w:pPr>
    </w:p>
    <w:p w14:paraId="602407E2" w14:textId="377E90D7" w:rsidR="00C07D88" w:rsidRDefault="00C07D88" w:rsidP="00CE76F8">
      <w:pPr>
        <w:rPr>
          <w:rFonts w:ascii="Lato" w:hAnsi="Lato"/>
          <w:sz w:val="24"/>
          <w:szCs w:val="24"/>
          <w:lang w:val="en-GB" w:eastAsia="en-GB"/>
        </w:rPr>
      </w:pPr>
      <w:r w:rsidRPr="00CE76F8">
        <w:rPr>
          <w:rFonts w:ascii="Lato" w:hAnsi="Lato"/>
          <w:sz w:val="24"/>
          <w:szCs w:val="24"/>
          <w:lang w:val="en-GB" w:eastAsia="en-GB"/>
        </w:rPr>
        <w:lastRenderedPageBreak/>
        <w:t>Commit a Change to GitHub</w:t>
      </w:r>
      <w:r w:rsidR="004F45FD">
        <w:rPr>
          <w:rFonts w:ascii="Lato" w:hAnsi="Lato"/>
          <w:sz w:val="24"/>
          <w:szCs w:val="24"/>
          <w:lang w:val="en-GB" w:eastAsia="en-GB"/>
        </w:rPr>
        <w:t xml:space="preserve"> and p</w:t>
      </w:r>
      <w:r w:rsidR="004F45FD" w:rsidRPr="00CE76F8">
        <w:rPr>
          <w:rFonts w:ascii="Lato" w:hAnsi="Lato"/>
          <w:sz w:val="24"/>
          <w:szCs w:val="24"/>
          <w:lang w:val="en-GB" w:eastAsia="en-GB"/>
        </w:rPr>
        <w:t>ush a code update to the main branch.</w:t>
      </w:r>
    </w:p>
    <w:p w14:paraId="3E023D57" w14:textId="076CC749" w:rsidR="00C40DA2" w:rsidRDefault="0087117F" w:rsidP="00CE76F8">
      <w:pPr>
        <w:rPr>
          <w:rFonts w:ascii="Lato" w:hAnsi="Lato"/>
          <w:sz w:val="24"/>
          <w:szCs w:val="24"/>
          <w:lang w:val="en-GB" w:eastAsia="en-GB"/>
        </w:rPr>
      </w:pPr>
      <w:r w:rsidRPr="0087117F">
        <w:rPr>
          <w:rFonts w:ascii="Lato" w:hAnsi="Lato"/>
          <w:noProof/>
          <w:sz w:val="24"/>
          <w:szCs w:val="24"/>
          <w:lang w:val="en-GB" w:eastAsia="en-GB"/>
        </w:rPr>
        <w:drawing>
          <wp:inline distT="0" distB="0" distL="0" distR="0" wp14:anchorId="7325E135" wp14:editId="140B1ED0">
            <wp:extent cx="6134100" cy="3439885"/>
            <wp:effectExtent l="0" t="0" r="0" b="8255"/>
            <wp:docPr id="712179514"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79514" name="Picture 1" descr="A screenshot of a computer program&#10;&#10;AI-generated content may be incorrect."/>
                    <pic:cNvPicPr/>
                  </pic:nvPicPr>
                  <pic:blipFill rotWithShape="1">
                    <a:blip r:embed="rId32"/>
                    <a:srcRect t="4680" b="27209"/>
                    <a:stretch/>
                  </pic:blipFill>
                  <pic:spPr bwMode="auto">
                    <a:xfrm>
                      <a:off x="0" y="0"/>
                      <a:ext cx="6202260" cy="3478108"/>
                    </a:xfrm>
                    <a:prstGeom prst="rect">
                      <a:avLst/>
                    </a:prstGeom>
                    <a:ln>
                      <a:noFill/>
                    </a:ln>
                    <a:extLst>
                      <a:ext uri="{53640926-AAD7-44D8-BBD7-CCE9431645EC}">
                        <a14:shadowObscured xmlns:a14="http://schemas.microsoft.com/office/drawing/2010/main"/>
                      </a:ext>
                    </a:extLst>
                  </pic:spPr>
                </pic:pic>
              </a:graphicData>
            </a:graphic>
          </wp:inline>
        </w:drawing>
      </w:r>
    </w:p>
    <w:p w14:paraId="510181EA" w14:textId="5BEB982A" w:rsidR="00484C13" w:rsidRDefault="00484C13" w:rsidP="00CE76F8">
      <w:pPr>
        <w:rPr>
          <w:rFonts w:ascii="Lato" w:hAnsi="Lato"/>
          <w:sz w:val="24"/>
          <w:szCs w:val="24"/>
          <w:lang w:val="en-GB" w:eastAsia="en-GB"/>
        </w:rPr>
      </w:pPr>
      <w:r>
        <w:rPr>
          <w:rFonts w:ascii="Lato" w:hAnsi="Lato"/>
          <w:sz w:val="24"/>
          <w:szCs w:val="24"/>
          <w:lang w:val="en-GB" w:eastAsia="en-GB"/>
        </w:rPr>
        <w:t>Go to the CLI</w:t>
      </w:r>
      <w:r w:rsidR="0066072A">
        <w:rPr>
          <w:rFonts w:ascii="Lato" w:hAnsi="Lato"/>
          <w:sz w:val="24"/>
          <w:szCs w:val="24"/>
          <w:lang w:val="en-GB" w:eastAsia="en-GB"/>
        </w:rPr>
        <w:t xml:space="preserve"> and run the following commands</w:t>
      </w:r>
    </w:p>
    <w:p w14:paraId="65852F22" w14:textId="683FB286" w:rsidR="0066072A" w:rsidRPr="004F45FD" w:rsidRDefault="005E5978" w:rsidP="00CE76F8">
      <w:pPr>
        <w:rPr>
          <w:rFonts w:ascii="Lato" w:hAnsi="Lato"/>
          <w:i/>
          <w:iCs/>
          <w:sz w:val="24"/>
          <w:szCs w:val="24"/>
          <w:lang w:val="en-GB" w:eastAsia="en-GB"/>
        </w:rPr>
      </w:pPr>
      <w:r w:rsidRPr="004F45FD">
        <w:rPr>
          <w:rFonts w:ascii="Lato" w:hAnsi="Lato"/>
          <w:i/>
          <w:iCs/>
          <w:sz w:val="24"/>
          <w:szCs w:val="24"/>
          <w:lang w:val="en-GB" w:eastAsia="en-GB"/>
        </w:rPr>
        <w:t>Git add routes</w:t>
      </w:r>
    </w:p>
    <w:p w14:paraId="0C9DA107" w14:textId="27CEFC5D" w:rsidR="005E5978" w:rsidRPr="004F45FD" w:rsidRDefault="005E5978" w:rsidP="00CE76F8">
      <w:pPr>
        <w:rPr>
          <w:rFonts w:ascii="Lato" w:hAnsi="Lato"/>
          <w:i/>
          <w:iCs/>
          <w:sz w:val="24"/>
          <w:szCs w:val="24"/>
          <w:lang w:val="en-GB" w:eastAsia="en-GB"/>
        </w:rPr>
      </w:pPr>
      <w:r w:rsidRPr="004F45FD">
        <w:rPr>
          <w:rFonts w:ascii="Lato" w:hAnsi="Lato"/>
          <w:i/>
          <w:iCs/>
          <w:sz w:val="24"/>
          <w:szCs w:val="24"/>
          <w:lang w:val="en-GB" w:eastAsia="en-GB"/>
        </w:rPr>
        <w:t xml:space="preserve">Git commit -m “Add </w:t>
      </w:r>
      <w:proofErr w:type="spellStart"/>
      <w:r w:rsidRPr="004F45FD">
        <w:rPr>
          <w:rFonts w:ascii="Lato" w:hAnsi="Lato"/>
          <w:i/>
          <w:iCs/>
          <w:sz w:val="24"/>
          <w:szCs w:val="24"/>
          <w:lang w:val="en-GB" w:eastAsia="en-GB"/>
        </w:rPr>
        <w:t>healthcheck</w:t>
      </w:r>
      <w:proofErr w:type="spellEnd"/>
      <w:r w:rsidRPr="004F45FD">
        <w:rPr>
          <w:rFonts w:ascii="Lato" w:hAnsi="Lato"/>
          <w:i/>
          <w:iCs/>
          <w:sz w:val="24"/>
          <w:szCs w:val="24"/>
          <w:lang w:val="en-GB" w:eastAsia="en-GB"/>
        </w:rPr>
        <w:t xml:space="preserve"> route”</w:t>
      </w:r>
    </w:p>
    <w:p w14:paraId="47EECA3D" w14:textId="104457A5" w:rsidR="003B5D69" w:rsidRDefault="004F45FD" w:rsidP="00CE76F8">
      <w:pPr>
        <w:rPr>
          <w:rFonts w:ascii="Lato" w:hAnsi="Lato"/>
          <w:i/>
          <w:iCs/>
          <w:sz w:val="24"/>
          <w:szCs w:val="24"/>
          <w:lang w:val="en-GB" w:eastAsia="en-GB"/>
        </w:rPr>
      </w:pPr>
      <w:r w:rsidRPr="004F45FD">
        <w:rPr>
          <w:rFonts w:ascii="Lato" w:hAnsi="Lato"/>
          <w:i/>
          <w:iCs/>
          <w:sz w:val="24"/>
          <w:szCs w:val="24"/>
          <w:lang w:val="en-GB" w:eastAsia="en-GB"/>
        </w:rPr>
        <w:t>Git push</w:t>
      </w:r>
    </w:p>
    <w:p w14:paraId="2BE01EDA" w14:textId="24B2D63A" w:rsidR="004F45FD" w:rsidRPr="004F45FD" w:rsidRDefault="00F24859" w:rsidP="00CE76F8">
      <w:pPr>
        <w:rPr>
          <w:rFonts w:ascii="Lato" w:hAnsi="Lato"/>
          <w:sz w:val="24"/>
          <w:szCs w:val="24"/>
          <w:lang w:val="en-GB" w:eastAsia="en-GB"/>
        </w:rPr>
      </w:pPr>
      <w:r w:rsidRPr="00CE76F8">
        <w:rPr>
          <w:rFonts w:ascii="Lato" w:hAnsi="Lato"/>
          <w:sz w:val="24"/>
          <w:szCs w:val="24"/>
          <w:lang w:val="en-GB" w:eastAsia="en-GB"/>
        </w:rPr>
        <w:t>CodePipeline detects the change and triggers the pipeline.</w:t>
      </w:r>
    </w:p>
    <w:p w14:paraId="081574F8" w14:textId="3D0A8B0F" w:rsidR="00833A94" w:rsidRDefault="00C519E4" w:rsidP="00CE76F8">
      <w:pPr>
        <w:rPr>
          <w:rFonts w:ascii="Lato" w:hAnsi="Lato"/>
          <w:sz w:val="24"/>
          <w:szCs w:val="24"/>
          <w:lang w:val="en-GB" w:eastAsia="en-GB"/>
        </w:rPr>
      </w:pPr>
      <w:r w:rsidRPr="00C519E4">
        <w:rPr>
          <w:rFonts w:ascii="Lato" w:hAnsi="Lato"/>
          <w:noProof/>
          <w:sz w:val="24"/>
          <w:szCs w:val="24"/>
          <w:lang w:val="en-GB" w:eastAsia="en-GB"/>
        </w:rPr>
        <w:drawing>
          <wp:inline distT="0" distB="0" distL="0" distR="0" wp14:anchorId="5885A4E0" wp14:editId="055D4F76">
            <wp:extent cx="5486400" cy="2295525"/>
            <wp:effectExtent l="0" t="0" r="0" b="9525"/>
            <wp:docPr id="13214736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73601" name="Picture 1" descr="A screenshot of a computer&#10;&#10;AI-generated content may be incorrect."/>
                    <pic:cNvPicPr/>
                  </pic:nvPicPr>
                  <pic:blipFill>
                    <a:blip r:embed="rId33"/>
                    <a:stretch>
                      <a:fillRect/>
                    </a:stretch>
                  </pic:blipFill>
                  <pic:spPr>
                    <a:xfrm>
                      <a:off x="0" y="0"/>
                      <a:ext cx="5486400" cy="2295525"/>
                    </a:xfrm>
                    <a:prstGeom prst="rect">
                      <a:avLst/>
                    </a:prstGeom>
                  </pic:spPr>
                </pic:pic>
              </a:graphicData>
            </a:graphic>
          </wp:inline>
        </w:drawing>
      </w:r>
    </w:p>
    <w:p w14:paraId="3B27BB8D" w14:textId="33069B67" w:rsidR="004F45FD" w:rsidRPr="00CE76F8" w:rsidRDefault="00F24859" w:rsidP="00CE76F8">
      <w:pPr>
        <w:rPr>
          <w:rFonts w:ascii="Lato" w:hAnsi="Lato"/>
          <w:sz w:val="24"/>
          <w:szCs w:val="24"/>
          <w:lang w:val="en-GB" w:eastAsia="en-GB"/>
        </w:rPr>
      </w:pPr>
      <w:r>
        <w:rPr>
          <w:rFonts w:ascii="Lato" w:hAnsi="Lato"/>
          <w:sz w:val="24"/>
          <w:szCs w:val="24"/>
          <w:lang w:val="en-GB" w:eastAsia="en-GB"/>
        </w:rPr>
        <w:lastRenderedPageBreak/>
        <w:t>Successful deployment</w:t>
      </w:r>
    </w:p>
    <w:p w14:paraId="1268F275" w14:textId="77777777" w:rsidR="00FF069B" w:rsidRDefault="00FF069B" w:rsidP="00CE76F8">
      <w:pPr>
        <w:rPr>
          <w:rFonts w:ascii="Lato" w:hAnsi="Lato"/>
          <w:sz w:val="24"/>
          <w:szCs w:val="24"/>
          <w:lang w:val="en-GB" w:eastAsia="en-GB"/>
        </w:rPr>
      </w:pPr>
    </w:p>
    <w:p w14:paraId="5A245F58" w14:textId="0B568CEC" w:rsidR="00C40DA2" w:rsidRPr="00CE76F8" w:rsidRDefault="00E8669E" w:rsidP="00CE76F8">
      <w:pPr>
        <w:rPr>
          <w:rFonts w:ascii="Lato" w:hAnsi="Lato"/>
          <w:sz w:val="24"/>
          <w:szCs w:val="24"/>
          <w:lang w:val="en-GB" w:eastAsia="en-GB"/>
        </w:rPr>
      </w:pPr>
      <w:r w:rsidRPr="00E8669E">
        <w:rPr>
          <w:rFonts w:ascii="Lato" w:hAnsi="Lato"/>
          <w:noProof/>
          <w:sz w:val="24"/>
          <w:szCs w:val="24"/>
          <w:lang w:val="en-GB" w:eastAsia="en-GB"/>
        </w:rPr>
        <w:drawing>
          <wp:inline distT="0" distB="0" distL="0" distR="0" wp14:anchorId="278EC34A" wp14:editId="0D081D3E">
            <wp:extent cx="4434840" cy="1400908"/>
            <wp:effectExtent l="0" t="0" r="3810" b="8890"/>
            <wp:docPr id="20143630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63042" name="Picture 1" descr="A screenshot of a computer&#10;&#10;AI-generated content may be incorrect."/>
                    <pic:cNvPicPr/>
                  </pic:nvPicPr>
                  <pic:blipFill rotWithShape="1">
                    <a:blip r:embed="rId34"/>
                    <a:srcRect b="43778"/>
                    <a:stretch/>
                  </pic:blipFill>
                  <pic:spPr bwMode="auto">
                    <a:xfrm>
                      <a:off x="0" y="0"/>
                      <a:ext cx="4435224" cy="1401029"/>
                    </a:xfrm>
                    <a:prstGeom prst="rect">
                      <a:avLst/>
                    </a:prstGeom>
                    <a:ln>
                      <a:noFill/>
                    </a:ln>
                    <a:extLst>
                      <a:ext uri="{53640926-AAD7-44D8-BBD7-CCE9431645EC}">
                        <a14:shadowObscured xmlns:a14="http://schemas.microsoft.com/office/drawing/2010/main"/>
                      </a:ext>
                    </a:extLst>
                  </pic:spPr>
                </pic:pic>
              </a:graphicData>
            </a:graphic>
          </wp:inline>
        </w:drawing>
      </w:r>
    </w:p>
    <w:p w14:paraId="73C383D7" w14:textId="1E6E8AC1" w:rsidR="00C07D88" w:rsidRDefault="00A64D36" w:rsidP="001F5157">
      <w:pPr>
        <w:pStyle w:val="Heading3"/>
        <w:rPr>
          <w:sz w:val="28"/>
          <w:szCs w:val="28"/>
          <w:lang w:val="en-GB" w:eastAsia="en-GB"/>
        </w:rPr>
      </w:pPr>
      <w:bookmarkStart w:id="12" w:name="_Toc192867424"/>
      <w:r w:rsidRPr="001F5157">
        <w:rPr>
          <w:sz w:val="28"/>
          <w:szCs w:val="28"/>
          <w:lang w:val="en-GB" w:eastAsia="en-GB"/>
        </w:rPr>
        <w:t xml:space="preserve">To </w:t>
      </w:r>
      <w:r w:rsidR="00C07D88" w:rsidRPr="001F5157">
        <w:rPr>
          <w:sz w:val="28"/>
          <w:szCs w:val="28"/>
          <w:lang w:val="en-GB" w:eastAsia="en-GB"/>
        </w:rPr>
        <w:t>Monitor</w:t>
      </w:r>
      <w:r w:rsidRPr="001F5157">
        <w:rPr>
          <w:sz w:val="28"/>
          <w:szCs w:val="28"/>
          <w:lang w:val="en-GB" w:eastAsia="en-GB"/>
        </w:rPr>
        <w:t xml:space="preserve"> the </w:t>
      </w:r>
      <w:r w:rsidR="00C07D88" w:rsidRPr="001F5157">
        <w:rPr>
          <w:sz w:val="28"/>
          <w:szCs w:val="28"/>
          <w:lang w:val="en-GB" w:eastAsia="en-GB"/>
        </w:rPr>
        <w:t xml:space="preserve"> Execution:</w:t>
      </w:r>
      <w:bookmarkEnd w:id="12"/>
      <w:r w:rsidR="00C07D88" w:rsidRPr="001F5157">
        <w:rPr>
          <w:sz w:val="28"/>
          <w:szCs w:val="28"/>
          <w:lang w:val="en-GB" w:eastAsia="en-GB"/>
        </w:rPr>
        <w:t xml:space="preserve"> </w:t>
      </w:r>
    </w:p>
    <w:p w14:paraId="4481D578" w14:textId="77777777" w:rsidR="0085407B" w:rsidRPr="0085407B" w:rsidRDefault="0085407B" w:rsidP="0085407B">
      <w:pPr>
        <w:rPr>
          <w:lang w:val="en-GB" w:eastAsia="en-GB"/>
        </w:rPr>
      </w:pPr>
    </w:p>
    <w:p w14:paraId="2EA5C5B8" w14:textId="77777777" w:rsidR="00C07D88" w:rsidRPr="001F5157" w:rsidRDefault="00C07D88" w:rsidP="001F5157">
      <w:pPr>
        <w:rPr>
          <w:rFonts w:ascii="Lato" w:hAnsi="Lato"/>
          <w:sz w:val="24"/>
          <w:szCs w:val="24"/>
          <w:lang w:val="en-GB" w:eastAsia="en-GB"/>
        </w:rPr>
      </w:pPr>
      <w:r w:rsidRPr="001F5157">
        <w:rPr>
          <w:rFonts w:ascii="Lato" w:hAnsi="Lato"/>
          <w:sz w:val="24"/>
          <w:szCs w:val="24"/>
          <w:lang w:val="en-GB" w:eastAsia="en-GB"/>
        </w:rPr>
        <w:t>Go to AWS CodePipeline to track the pipeline execution.</w:t>
      </w:r>
    </w:p>
    <w:p w14:paraId="289EEC00" w14:textId="77777777" w:rsidR="00C07D88" w:rsidRPr="001F5157" w:rsidRDefault="00C07D88" w:rsidP="001F5157">
      <w:pPr>
        <w:rPr>
          <w:rFonts w:ascii="Lato" w:hAnsi="Lato"/>
          <w:sz w:val="24"/>
          <w:szCs w:val="24"/>
          <w:lang w:val="en-GB" w:eastAsia="en-GB"/>
        </w:rPr>
      </w:pPr>
      <w:r w:rsidRPr="001F5157">
        <w:rPr>
          <w:rFonts w:ascii="Lato" w:hAnsi="Lato"/>
          <w:sz w:val="24"/>
          <w:szCs w:val="24"/>
          <w:lang w:val="en-GB" w:eastAsia="en-GB"/>
        </w:rPr>
        <w:t>Go to AWS CodeDeploy to verify successful deployment.</w:t>
      </w:r>
    </w:p>
    <w:p w14:paraId="3F47912D" w14:textId="5393D539" w:rsidR="00C07D88" w:rsidRPr="00871F8F" w:rsidRDefault="00C07D88" w:rsidP="00871F8F">
      <w:pPr>
        <w:rPr>
          <w:rFonts w:ascii="Lato" w:hAnsi="Lato"/>
          <w:sz w:val="24"/>
          <w:szCs w:val="24"/>
          <w:lang w:val="en-GB" w:eastAsia="en-GB"/>
        </w:rPr>
      </w:pPr>
      <w:r w:rsidRPr="001F5157">
        <w:rPr>
          <w:rFonts w:ascii="Lato" w:hAnsi="Lato"/>
          <w:sz w:val="24"/>
          <w:szCs w:val="24"/>
          <w:lang w:val="en-GB" w:eastAsia="en-GB"/>
        </w:rPr>
        <w:t>Check logs in CloudWatch Logs if issues occur.</w:t>
      </w:r>
    </w:p>
    <w:p w14:paraId="5D6D6F26" w14:textId="77777777" w:rsidR="005E7941" w:rsidRDefault="005E7941" w:rsidP="005E7941">
      <w:pPr>
        <w:spacing w:before="100" w:beforeAutospacing="1" w:after="100" w:afterAutospacing="1" w:line="240" w:lineRule="auto"/>
        <w:rPr>
          <w:rFonts w:ascii="Times New Roman" w:eastAsia="Times New Roman" w:hAnsi="Times New Roman" w:cs="Times New Roman"/>
          <w:sz w:val="24"/>
          <w:szCs w:val="24"/>
          <w:lang w:val="en-GB" w:eastAsia="en-GB"/>
        </w:rPr>
      </w:pPr>
    </w:p>
    <w:p w14:paraId="7B9B153A" w14:textId="30A4521B" w:rsidR="005E7941" w:rsidRPr="00540CB4" w:rsidRDefault="00540CB4" w:rsidP="00540CB4">
      <w:pPr>
        <w:pStyle w:val="Heading2"/>
        <w:rPr>
          <w:sz w:val="28"/>
          <w:szCs w:val="28"/>
          <w:lang w:val="en-GB" w:eastAsia="en-GB"/>
        </w:rPr>
      </w:pPr>
      <w:bookmarkStart w:id="13" w:name="_Toc192867425"/>
      <w:r w:rsidRPr="00540CB4">
        <w:rPr>
          <w:sz w:val="28"/>
          <w:szCs w:val="28"/>
          <w:lang w:eastAsia="en-GB"/>
        </w:rPr>
        <w:t>Using AWS Secrets Manager in the CI/CD Pipeline</w:t>
      </w:r>
      <w:bookmarkEnd w:id="13"/>
    </w:p>
    <w:p w14:paraId="283EF0D2" w14:textId="77777777" w:rsidR="00540CB4" w:rsidRDefault="00540CB4" w:rsidP="00540CB4">
      <w:pPr>
        <w:rPr>
          <w:rFonts w:ascii="Lato" w:hAnsi="Lato"/>
          <w:sz w:val="24"/>
          <w:szCs w:val="24"/>
          <w:lang w:val="en-GB" w:eastAsia="en-GB"/>
        </w:rPr>
      </w:pPr>
    </w:p>
    <w:p w14:paraId="3346E636" w14:textId="021CDC60" w:rsidR="005E7941" w:rsidRPr="00540CB4" w:rsidRDefault="00540CB4" w:rsidP="00540CB4">
      <w:pPr>
        <w:rPr>
          <w:rFonts w:ascii="Lato" w:hAnsi="Lato"/>
          <w:sz w:val="24"/>
          <w:szCs w:val="24"/>
          <w:lang w:val="en-GB" w:eastAsia="en-GB"/>
        </w:rPr>
      </w:pPr>
      <w:r w:rsidRPr="00540CB4">
        <w:rPr>
          <w:rFonts w:ascii="Lato" w:hAnsi="Lato"/>
          <w:sz w:val="24"/>
          <w:szCs w:val="24"/>
          <w:lang w:val="en-GB" w:eastAsia="en-GB"/>
        </w:rPr>
        <w:t>T</w:t>
      </w:r>
      <w:r w:rsidR="005E7941" w:rsidRPr="00540CB4">
        <w:rPr>
          <w:rFonts w:ascii="Lato" w:hAnsi="Lato"/>
          <w:sz w:val="24"/>
          <w:szCs w:val="24"/>
          <w:lang w:val="en-GB" w:eastAsia="en-GB"/>
        </w:rPr>
        <w:t>o enhance security in the CI/CD pipeline, AWS Secrets Manager was integrated to securely store and manage sensitive credentials, such as database passwords and API keys. This implementation prevented hardcoding secrets in the repository and ensured they were retrieved securely during deployment.</w:t>
      </w:r>
    </w:p>
    <w:p w14:paraId="41FA81C7" w14:textId="77777777" w:rsidR="005E7941" w:rsidRPr="00540CB4" w:rsidRDefault="005E7941" w:rsidP="00540CB4">
      <w:pPr>
        <w:rPr>
          <w:rFonts w:ascii="Lato" w:hAnsi="Lato"/>
          <w:sz w:val="24"/>
          <w:szCs w:val="24"/>
          <w:lang w:val="en-GB" w:eastAsia="en-GB"/>
        </w:rPr>
      </w:pPr>
      <w:r w:rsidRPr="00540CB4">
        <w:rPr>
          <w:rFonts w:ascii="Lato" w:hAnsi="Lato"/>
          <w:sz w:val="24"/>
          <w:szCs w:val="24"/>
          <w:lang w:val="en-GB" w:eastAsia="en-GB"/>
        </w:rPr>
        <w:t>Storing Secrets in AWS Secrets Manager:</w:t>
      </w:r>
    </w:p>
    <w:p w14:paraId="4251992B" w14:textId="7ECF4D62" w:rsidR="005E7941" w:rsidRPr="00540CB4" w:rsidRDefault="005E7941" w:rsidP="00540CB4">
      <w:pPr>
        <w:rPr>
          <w:rFonts w:ascii="Lato" w:hAnsi="Lato"/>
          <w:sz w:val="24"/>
          <w:szCs w:val="24"/>
          <w:lang w:val="en-GB" w:eastAsia="en-GB"/>
        </w:rPr>
      </w:pPr>
      <w:r w:rsidRPr="00540CB4">
        <w:rPr>
          <w:rFonts w:ascii="Lato" w:hAnsi="Lato"/>
          <w:sz w:val="24"/>
          <w:szCs w:val="24"/>
          <w:lang w:val="en-GB" w:eastAsia="en-GB"/>
        </w:rPr>
        <w:t>Create</w:t>
      </w:r>
      <w:r w:rsidR="006F068D">
        <w:rPr>
          <w:rFonts w:ascii="Lato" w:hAnsi="Lato"/>
          <w:sz w:val="24"/>
          <w:szCs w:val="24"/>
          <w:lang w:val="en-GB" w:eastAsia="en-GB"/>
        </w:rPr>
        <w:t xml:space="preserve"> </w:t>
      </w:r>
      <w:r w:rsidRPr="00540CB4">
        <w:rPr>
          <w:rFonts w:ascii="Lato" w:hAnsi="Lato"/>
          <w:sz w:val="24"/>
          <w:szCs w:val="24"/>
          <w:lang w:val="en-GB" w:eastAsia="en-GB"/>
        </w:rPr>
        <w:t>a secret in AWS Secrets Manager to store sensitive environment variables.</w:t>
      </w:r>
    </w:p>
    <w:p w14:paraId="4F6DD359" w14:textId="71D8A1AF" w:rsidR="005E7941" w:rsidRPr="00540CB4" w:rsidRDefault="005E7941" w:rsidP="00540CB4">
      <w:pPr>
        <w:rPr>
          <w:rFonts w:ascii="Lato" w:hAnsi="Lato"/>
          <w:sz w:val="24"/>
          <w:szCs w:val="24"/>
          <w:lang w:val="en-GB" w:eastAsia="en-GB"/>
        </w:rPr>
      </w:pPr>
      <w:r w:rsidRPr="00540CB4">
        <w:rPr>
          <w:rFonts w:ascii="Lato" w:hAnsi="Lato"/>
          <w:sz w:val="24"/>
          <w:szCs w:val="24"/>
          <w:lang w:val="en-GB" w:eastAsia="en-GB"/>
        </w:rPr>
        <w:t>Configure IAM permissions to allow AWS CodeBuild to retrieve the secrets securely.</w:t>
      </w:r>
    </w:p>
    <w:p w14:paraId="4351D72C" w14:textId="77777777" w:rsidR="005E7941" w:rsidRPr="00540CB4" w:rsidRDefault="005E7941" w:rsidP="00540CB4">
      <w:pPr>
        <w:rPr>
          <w:rFonts w:ascii="Lato" w:hAnsi="Lato"/>
          <w:sz w:val="24"/>
          <w:szCs w:val="24"/>
          <w:lang w:val="en-GB" w:eastAsia="en-GB"/>
        </w:rPr>
      </w:pPr>
      <w:r w:rsidRPr="00540CB4">
        <w:rPr>
          <w:rFonts w:ascii="Lato" w:hAnsi="Lato"/>
          <w:sz w:val="24"/>
          <w:szCs w:val="24"/>
          <w:lang w:val="en-GB" w:eastAsia="en-GB"/>
        </w:rPr>
        <w:t>Retrieving Secrets in the Build &amp; Deploy Stages:</w:t>
      </w:r>
    </w:p>
    <w:p w14:paraId="35B884A8" w14:textId="1EBFA4CC" w:rsidR="005E7941" w:rsidRDefault="005E7941" w:rsidP="00540CB4">
      <w:pPr>
        <w:rPr>
          <w:rFonts w:ascii="Lato" w:hAnsi="Lato"/>
          <w:sz w:val="24"/>
          <w:szCs w:val="24"/>
          <w:lang w:val="en-GB" w:eastAsia="en-GB"/>
        </w:rPr>
      </w:pPr>
      <w:r w:rsidRPr="00540CB4">
        <w:rPr>
          <w:rFonts w:ascii="Lato" w:hAnsi="Lato"/>
          <w:sz w:val="24"/>
          <w:szCs w:val="24"/>
          <w:lang w:val="en-GB" w:eastAsia="en-GB"/>
        </w:rPr>
        <w:t xml:space="preserve">Update the </w:t>
      </w:r>
      <w:proofErr w:type="spellStart"/>
      <w:r w:rsidRPr="00540CB4">
        <w:rPr>
          <w:rFonts w:ascii="Lato" w:hAnsi="Lato" w:cs="Courier New"/>
          <w:sz w:val="24"/>
          <w:szCs w:val="24"/>
          <w:lang w:val="en-GB" w:eastAsia="en-GB"/>
        </w:rPr>
        <w:t>buildspec.yml</w:t>
      </w:r>
      <w:proofErr w:type="spellEnd"/>
      <w:r w:rsidRPr="00540CB4">
        <w:rPr>
          <w:rFonts w:ascii="Lato" w:hAnsi="Lato"/>
          <w:sz w:val="24"/>
          <w:szCs w:val="24"/>
          <w:lang w:val="en-GB" w:eastAsia="en-GB"/>
        </w:rPr>
        <w:t xml:space="preserve"> file in AWS CodeBuild to use the AWS CLI to fetch secrets dynamically:</w:t>
      </w:r>
    </w:p>
    <w:p w14:paraId="33EB583C" w14:textId="77777777" w:rsidR="00AC10FC" w:rsidRDefault="00EE2137" w:rsidP="00AC10FC">
      <w:pPr>
        <w:rPr>
          <w:rFonts w:ascii="Lato" w:hAnsi="Lato"/>
          <w:sz w:val="24"/>
          <w:szCs w:val="24"/>
          <w:lang w:val="en-GB" w:eastAsia="en-GB"/>
        </w:rPr>
      </w:pPr>
      <w:r w:rsidRPr="00EE2137">
        <w:rPr>
          <w:rFonts w:ascii="Lato" w:hAnsi="Lato"/>
          <w:noProof/>
          <w:sz w:val="24"/>
          <w:szCs w:val="24"/>
          <w:lang w:val="en-GB" w:eastAsia="en-GB"/>
        </w:rPr>
        <w:lastRenderedPageBreak/>
        <w:drawing>
          <wp:inline distT="0" distB="0" distL="0" distR="0" wp14:anchorId="06D09DD4" wp14:editId="2DA11E47">
            <wp:extent cx="6311720" cy="4325815"/>
            <wp:effectExtent l="0" t="0" r="0" b="0"/>
            <wp:docPr id="1583726925" name="Picture 1" descr="A screenshot of a comput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26925" name="Picture 1" descr="A screenshot of a computer program"/>
                    <pic:cNvPicPr/>
                  </pic:nvPicPr>
                  <pic:blipFill>
                    <a:blip r:embed="rId35"/>
                    <a:stretch>
                      <a:fillRect/>
                    </a:stretch>
                  </pic:blipFill>
                  <pic:spPr>
                    <a:xfrm>
                      <a:off x="0" y="0"/>
                      <a:ext cx="6338164" cy="4343939"/>
                    </a:xfrm>
                    <a:prstGeom prst="rect">
                      <a:avLst/>
                    </a:prstGeom>
                  </pic:spPr>
                </pic:pic>
              </a:graphicData>
            </a:graphic>
          </wp:inline>
        </w:drawing>
      </w:r>
    </w:p>
    <w:p w14:paraId="05060A66" w14:textId="265C09A9" w:rsidR="00AC10FC" w:rsidRPr="00AC10FC" w:rsidRDefault="00AC10FC" w:rsidP="00AC10FC">
      <w:pPr>
        <w:rPr>
          <w:rFonts w:ascii="Lato" w:hAnsi="Lato"/>
          <w:sz w:val="24"/>
          <w:szCs w:val="24"/>
          <w:lang w:val="en-GB" w:eastAsia="en-GB"/>
        </w:rPr>
      </w:pPr>
      <w:r w:rsidRPr="00AC10FC">
        <w:rPr>
          <w:rFonts w:ascii="Lato" w:hAnsi="Lato"/>
          <w:sz w:val="24"/>
          <w:szCs w:val="24"/>
          <w:lang w:val="en-GB"/>
        </w:rPr>
        <w:t>The retrieved secret was injected as an environment variable, ensuring secure access to credentials during build and deployment.</w:t>
      </w:r>
    </w:p>
    <w:p w14:paraId="53C9A1FA" w14:textId="4A08A069" w:rsidR="00AC10FC" w:rsidRPr="00AC10FC" w:rsidRDefault="00AC10FC" w:rsidP="00AC10FC">
      <w:pPr>
        <w:rPr>
          <w:rFonts w:ascii="Lato" w:hAnsi="Lato"/>
          <w:sz w:val="24"/>
          <w:szCs w:val="24"/>
          <w:lang w:val="en-GB"/>
        </w:rPr>
      </w:pPr>
      <w:r w:rsidRPr="00AC10FC">
        <w:rPr>
          <w:rFonts w:ascii="Lato" w:hAnsi="Lato"/>
          <w:sz w:val="24"/>
          <w:szCs w:val="24"/>
          <w:lang w:val="en-GB"/>
        </w:rPr>
        <w:t>Using Secrets in the Application:</w:t>
      </w:r>
    </w:p>
    <w:p w14:paraId="7957D320" w14:textId="77777777" w:rsidR="00AC10FC" w:rsidRPr="00AC10FC" w:rsidRDefault="00AC10FC" w:rsidP="00AC10FC">
      <w:pPr>
        <w:rPr>
          <w:rFonts w:ascii="Lato" w:hAnsi="Lato"/>
          <w:sz w:val="24"/>
          <w:szCs w:val="24"/>
          <w:lang w:val="en-GB"/>
        </w:rPr>
      </w:pPr>
      <w:r w:rsidRPr="00AC10FC">
        <w:rPr>
          <w:rFonts w:ascii="Lato" w:hAnsi="Lato"/>
          <w:sz w:val="24"/>
          <w:szCs w:val="24"/>
          <w:lang w:val="en-GB"/>
        </w:rPr>
        <w:t>During deployment, the application referenced the environment variables populated from AWS Secrets Manager.</w:t>
      </w:r>
    </w:p>
    <w:p w14:paraId="6C3F2629" w14:textId="4455441F" w:rsidR="00B328D9" w:rsidRDefault="00AC10FC">
      <w:pPr>
        <w:rPr>
          <w:rFonts w:ascii="Lato" w:hAnsi="Lato"/>
          <w:sz w:val="24"/>
          <w:szCs w:val="24"/>
          <w:lang w:val="en-GB"/>
        </w:rPr>
      </w:pPr>
      <w:r w:rsidRPr="00AC10FC">
        <w:rPr>
          <w:rFonts w:ascii="Lato" w:hAnsi="Lato"/>
          <w:sz w:val="24"/>
          <w:szCs w:val="24"/>
          <w:lang w:val="en-GB"/>
        </w:rPr>
        <w:t>Ensured that IAM policies only granted read access to the necessary services.</w:t>
      </w:r>
    </w:p>
    <w:p w14:paraId="60CEE22B" w14:textId="77777777" w:rsidR="00FF069B" w:rsidRDefault="00FF069B">
      <w:pPr>
        <w:rPr>
          <w:rFonts w:ascii="Lato" w:hAnsi="Lato"/>
          <w:sz w:val="24"/>
          <w:szCs w:val="24"/>
          <w:lang w:val="en-GB"/>
        </w:rPr>
      </w:pPr>
    </w:p>
    <w:p w14:paraId="40A84171" w14:textId="77777777" w:rsidR="0087062E" w:rsidRDefault="0087062E" w:rsidP="0087062E">
      <w:pPr>
        <w:pStyle w:val="Heading2"/>
        <w:rPr>
          <w:sz w:val="28"/>
          <w:szCs w:val="28"/>
        </w:rPr>
      </w:pPr>
      <w:bookmarkStart w:id="14" w:name="_Toc192867426"/>
      <w:r w:rsidRPr="009C7506">
        <w:rPr>
          <w:sz w:val="28"/>
          <w:szCs w:val="28"/>
        </w:rPr>
        <w:t>Future Enhancements</w:t>
      </w:r>
      <w:bookmarkEnd w:id="14"/>
    </w:p>
    <w:p w14:paraId="36672925" w14:textId="77777777" w:rsidR="009C7506" w:rsidRPr="009C7506" w:rsidRDefault="009C7506" w:rsidP="009C7506"/>
    <w:p w14:paraId="5C7AE57B" w14:textId="63C4943B" w:rsidR="0087062E" w:rsidRPr="006F068D" w:rsidRDefault="0087062E" w:rsidP="0087062E">
      <w:pPr>
        <w:rPr>
          <w:rFonts w:ascii="Lato" w:hAnsi="Lato"/>
          <w:sz w:val="24"/>
          <w:szCs w:val="24"/>
        </w:rPr>
      </w:pPr>
      <w:r w:rsidRPr="006F068D">
        <w:rPr>
          <w:rFonts w:ascii="Lato" w:hAnsi="Lato"/>
          <w:sz w:val="24"/>
          <w:szCs w:val="24"/>
        </w:rPr>
        <w:t xml:space="preserve">To further </w:t>
      </w:r>
      <w:proofErr w:type="spellStart"/>
      <w:r w:rsidRPr="006F068D">
        <w:rPr>
          <w:rFonts w:ascii="Lato" w:hAnsi="Lato"/>
          <w:sz w:val="24"/>
          <w:szCs w:val="24"/>
        </w:rPr>
        <w:t>optimi</w:t>
      </w:r>
      <w:r w:rsidR="006F068D">
        <w:rPr>
          <w:rFonts w:ascii="Lato" w:hAnsi="Lato"/>
          <w:sz w:val="24"/>
          <w:szCs w:val="24"/>
        </w:rPr>
        <w:t>s</w:t>
      </w:r>
      <w:r w:rsidRPr="006F068D">
        <w:rPr>
          <w:rFonts w:ascii="Lato" w:hAnsi="Lato"/>
          <w:sz w:val="24"/>
          <w:szCs w:val="24"/>
        </w:rPr>
        <w:t>e</w:t>
      </w:r>
      <w:proofErr w:type="spellEnd"/>
      <w:r w:rsidRPr="006F068D">
        <w:rPr>
          <w:rFonts w:ascii="Lato" w:hAnsi="Lato"/>
          <w:sz w:val="24"/>
          <w:szCs w:val="24"/>
        </w:rPr>
        <w:t xml:space="preserve"> and enhance the solution, the following improvements can be considered:</w:t>
      </w:r>
    </w:p>
    <w:p w14:paraId="71C2861C" w14:textId="5F62AF84" w:rsidR="0087062E" w:rsidRPr="006F068D" w:rsidRDefault="0087062E" w:rsidP="0087062E">
      <w:pPr>
        <w:rPr>
          <w:rFonts w:ascii="Lato" w:hAnsi="Lato"/>
          <w:sz w:val="24"/>
          <w:szCs w:val="24"/>
        </w:rPr>
      </w:pPr>
      <w:proofErr w:type="spellStart"/>
      <w:r w:rsidRPr="006F068D">
        <w:rPr>
          <w:rFonts w:ascii="Lato" w:hAnsi="Lato"/>
          <w:b/>
          <w:bCs/>
          <w:sz w:val="24"/>
          <w:szCs w:val="24"/>
        </w:rPr>
        <w:lastRenderedPageBreak/>
        <w:t>Containeri</w:t>
      </w:r>
      <w:r w:rsidR="006F068D">
        <w:rPr>
          <w:rFonts w:ascii="Lato" w:hAnsi="Lato"/>
          <w:b/>
          <w:bCs/>
          <w:sz w:val="24"/>
          <w:szCs w:val="24"/>
        </w:rPr>
        <w:t>s</w:t>
      </w:r>
      <w:r w:rsidRPr="006F068D">
        <w:rPr>
          <w:rFonts w:ascii="Lato" w:hAnsi="Lato"/>
          <w:b/>
          <w:bCs/>
          <w:sz w:val="24"/>
          <w:szCs w:val="24"/>
        </w:rPr>
        <w:t>ed</w:t>
      </w:r>
      <w:proofErr w:type="spellEnd"/>
      <w:r w:rsidRPr="006F068D">
        <w:rPr>
          <w:rFonts w:ascii="Lato" w:hAnsi="Lato"/>
          <w:b/>
          <w:bCs/>
          <w:sz w:val="24"/>
          <w:szCs w:val="24"/>
        </w:rPr>
        <w:t xml:space="preserve"> Deployment</w:t>
      </w:r>
      <w:r w:rsidRPr="006F068D">
        <w:rPr>
          <w:rFonts w:ascii="Lato" w:hAnsi="Lato"/>
          <w:sz w:val="24"/>
          <w:szCs w:val="24"/>
        </w:rPr>
        <w:t xml:space="preserve"> – </w:t>
      </w:r>
      <w:proofErr w:type="spellStart"/>
      <w:r w:rsidRPr="006F068D">
        <w:rPr>
          <w:rFonts w:ascii="Lato" w:hAnsi="Lato"/>
          <w:sz w:val="24"/>
          <w:szCs w:val="24"/>
        </w:rPr>
        <w:t>Utili</w:t>
      </w:r>
      <w:r w:rsidR="006F068D">
        <w:rPr>
          <w:rFonts w:ascii="Lato" w:hAnsi="Lato"/>
          <w:sz w:val="24"/>
          <w:szCs w:val="24"/>
        </w:rPr>
        <w:t>s</w:t>
      </w:r>
      <w:r w:rsidRPr="006F068D">
        <w:rPr>
          <w:rFonts w:ascii="Lato" w:hAnsi="Lato"/>
          <w:sz w:val="24"/>
          <w:szCs w:val="24"/>
        </w:rPr>
        <w:t>e</w:t>
      </w:r>
      <w:proofErr w:type="spellEnd"/>
      <w:r w:rsidRPr="006F068D">
        <w:rPr>
          <w:rFonts w:ascii="Lato" w:hAnsi="Lato"/>
          <w:sz w:val="24"/>
          <w:szCs w:val="24"/>
        </w:rPr>
        <w:t xml:space="preserve"> Docker and deploy the Node.js application on Amazon ECS (Fargate) or AWS Lambda for a more scalable, serverless, and efficient deployment model.</w:t>
      </w:r>
    </w:p>
    <w:p w14:paraId="4E9FC5A0" w14:textId="77777777" w:rsidR="0087062E" w:rsidRPr="006F068D" w:rsidRDefault="0087062E" w:rsidP="0087062E">
      <w:pPr>
        <w:rPr>
          <w:rFonts w:ascii="Lato" w:hAnsi="Lato"/>
          <w:sz w:val="24"/>
          <w:szCs w:val="24"/>
        </w:rPr>
      </w:pPr>
      <w:r w:rsidRPr="006F068D">
        <w:rPr>
          <w:rFonts w:ascii="Lato" w:hAnsi="Lato"/>
          <w:b/>
          <w:bCs/>
          <w:sz w:val="24"/>
          <w:szCs w:val="24"/>
        </w:rPr>
        <w:t>Infrastructure as Code (</w:t>
      </w:r>
      <w:proofErr w:type="spellStart"/>
      <w:r w:rsidRPr="006F068D">
        <w:rPr>
          <w:rFonts w:ascii="Lato" w:hAnsi="Lato"/>
          <w:b/>
          <w:bCs/>
          <w:sz w:val="24"/>
          <w:szCs w:val="24"/>
        </w:rPr>
        <w:t>IaC</w:t>
      </w:r>
      <w:proofErr w:type="spellEnd"/>
      <w:r w:rsidRPr="006F068D">
        <w:rPr>
          <w:rFonts w:ascii="Lato" w:hAnsi="Lato"/>
          <w:b/>
          <w:bCs/>
          <w:sz w:val="24"/>
          <w:szCs w:val="24"/>
        </w:rPr>
        <w:t>) Expansion</w:t>
      </w:r>
      <w:r w:rsidRPr="006F068D">
        <w:rPr>
          <w:rFonts w:ascii="Lato" w:hAnsi="Lato"/>
          <w:sz w:val="24"/>
          <w:szCs w:val="24"/>
        </w:rPr>
        <w:t xml:space="preserve"> – Extend the use of Terraform or AWS CloudFormation to manage additional infrastructure components and automate deployments.</w:t>
      </w:r>
    </w:p>
    <w:p w14:paraId="626D62DD" w14:textId="77777777" w:rsidR="0087062E" w:rsidRPr="006F068D" w:rsidRDefault="0087062E" w:rsidP="0087062E">
      <w:pPr>
        <w:rPr>
          <w:rFonts w:ascii="Lato" w:hAnsi="Lato"/>
          <w:sz w:val="24"/>
          <w:szCs w:val="24"/>
        </w:rPr>
      </w:pPr>
      <w:r w:rsidRPr="006F068D">
        <w:rPr>
          <w:rFonts w:ascii="Lato" w:hAnsi="Lato"/>
          <w:b/>
          <w:bCs/>
          <w:sz w:val="24"/>
          <w:szCs w:val="24"/>
        </w:rPr>
        <w:t xml:space="preserve">Enhanced Monitoring and Security </w:t>
      </w:r>
      <w:r w:rsidRPr="006F068D">
        <w:rPr>
          <w:rFonts w:ascii="Lato" w:hAnsi="Lato"/>
          <w:sz w:val="24"/>
          <w:szCs w:val="24"/>
        </w:rPr>
        <w:t>– Implement AWS Config, AWS Security Hub, and IAM best practices to strengthen security and compliance.</w:t>
      </w:r>
    </w:p>
    <w:p w14:paraId="1976AD07" w14:textId="77777777" w:rsidR="0087062E" w:rsidRPr="006F068D" w:rsidRDefault="0087062E" w:rsidP="0087062E">
      <w:pPr>
        <w:rPr>
          <w:rFonts w:ascii="Lato" w:hAnsi="Lato"/>
          <w:sz w:val="24"/>
          <w:szCs w:val="24"/>
        </w:rPr>
      </w:pPr>
      <w:r w:rsidRPr="006F068D">
        <w:rPr>
          <w:rFonts w:ascii="Lato" w:hAnsi="Lato"/>
          <w:b/>
          <w:bCs/>
          <w:sz w:val="24"/>
          <w:szCs w:val="24"/>
        </w:rPr>
        <w:t>Auto-scaling and Load Balancing</w:t>
      </w:r>
      <w:r w:rsidRPr="006F068D">
        <w:rPr>
          <w:rFonts w:ascii="Lato" w:hAnsi="Lato"/>
          <w:sz w:val="24"/>
          <w:szCs w:val="24"/>
        </w:rPr>
        <w:t xml:space="preserve"> – Integrate Application Load Balancer (ALB) and Auto Scaling Groups to handle variable workloads dynamically.</w:t>
      </w:r>
    </w:p>
    <w:p w14:paraId="507143AB" w14:textId="78D898DE" w:rsidR="0087062E" w:rsidRPr="006F068D" w:rsidRDefault="0087062E" w:rsidP="0087062E">
      <w:pPr>
        <w:rPr>
          <w:rFonts w:ascii="Lato" w:hAnsi="Lato"/>
          <w:sz w:val="24"/>
          <w:szCs w:val="24"/>
        </w:rPr>
      </w:pPr>
      <w:r w:rsidRPr="006F068D">
        <w:rPr>
          <w:rFonts w:ascii="Lato" w:hAnsi="Lato"/>
          <w:sz w:val="24"/>
          <w:szCs w:val="24"/>
        </w:rPr>
        <w:t>These enhancements would improve scalability, security, and operational efficiency, ensuring the solution remains adaptable to evolving business needs.</w:t>
      </w:r>
    </w:p>
    <w:sectPr w:rsidR="0087062E" w:rsidRPr="006F068D" w:rsidSect="00034616">
      <w:headerReference w:type="default" r:id="rId36"/>
      <w:footerReference w:type="default" r:id="rId3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29FA7" w14:textId="77777777" w:rsidR="00394229" w:rsidRDefault="00394229" w:rsidP="00C07634">
      <w:pPr>
        <w:spacing w:after="0" w:line="240" w:lineRule="auto"/>
      </w:pPr>
      <w:r>
        <w:separator/>
      </w:r>
    </w:p>
  </w:endnote>
  <w:endnote w:type="continuationSeparator" w:id="0">
    <w:p w14:paraId="3766CC6F" w14:textId="77777777" w:rsidR="00394229" w:rsidRDefault="00394229" w:rsidP="00C07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E0002A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8208"/>
      <w:gridCol w:w="432"/>
    </w:tblGrid>
    <w:tr w:rsidR="00C07634" w14:paraId="7CC78C07" w14:textId="77777777">
      <w:trPr>
        <w:jc w:val="right"/>
      </w:trPr>
      <w:tc>
        <w:tcPr>
          <w:tcW w:w="4795" w:type="dxa"/>
          <w:vAlign w:val="center"/>
        </w:tcPr>
        <w:sdt>
          <w:sdtPr>
            <w:rPr>
              <w:caps/>
              <w:color w:val="000000" w:themeColor="text1"/>
              <w:sz w:val="21"/>
              <w:szCs w:val="21"/>
              <w:lang w:val="en-GB"/>
            </w:rPr>
            <w:alias w:val="Author"/>
            <w:tag w:val=""/>
            <w:id w:val="1534539408"/>
            <w:placeholder>
              <w:docPart w:val="173919C747A44D20A4E85AAEE6A4FB56"/>
            </w:placeholder>
            <w:dataBinding w:prefixMappings="xmlns:ns0='http://purl.org/dc/elements/1.1/' xmlns:ns1='http://schemas.openxmlformats.org/package/2006/metadata/core-properties' " w:xpath="/ns1:coreProperties[1]/ns0:creator[1]" w:storeItemID="{6C3C8BC8-F283-45AE-878A-BAB7291924A1}"/>
            <w:text/>
          </w:sdtPr>
          <w:sdtContent>
            <w:p w14:paraId="5AF923A3" w14:textId="2EACC099" w:rsidR="00C07634" w:rsidRDefault="000327B8">
              <w:pPr>
                <w:pStyle w:val="Header"/>
                <w:jc w:val="right"/>
                <w:rPr>
                  <w:caps/>
                  <w:color w:val="000000" w:themeColor="text1"/>
                </w:rPr>
              </w:pPr>
              <w:r w:rsidRPr="000327B8">
                <w:rPr>
                  <w:caps/>
                  <w:color w:val="000000" w:themeColor="text1"/>
                  <w:sz w:val="21"/>
                  <w:szCs w:val="21"/>
                  <w:lang w:val="en-GB"/>
                </w:rPr>
                <w:t>TATENDA MANYEPA | JANURY 2025.  THIS DOCUMENT IS PART OF A PERSONAL AWS SOLUTIONS ARCHITECT PORTFOLIO PROJECT.</w:t>
              </w:r>
            </w:p>
          </w:sdtContent>
        </w:sdt>
      </w:tc>
      <w:tc>
        <w:tcPr>
          <w:tcW w:w="250" w:type="pct"/>
          <w:shd w:val="clear" w:color="auto" w:fill="C0504D" w:themeFill="accent2"/>
          <w:vAlign w:val="center"/>
        </w:tcPr>
        <w:p w14:paraId="22D91356" w14:textId="77777777" w:rsidR="00C07634" w:rsidRDefault="00C07634">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37F0423F" w14:textId="77777777" w:rsidR="00C07634" w:rsidRDefault="00C076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2F812" w14:textId="77777777" w:rsidR="00394229" w:rsidRDefault="00394229" w:rsidP="00C07634">
      <w:pPr>
        <w:spacing w:after="0" w:line="240" w:lineRule="auto"/>
      </w:pPr>
      <w:r>
        <w:separator/>
      </w:r>
    </w:p>
  </w:footnote>
  <w:footnote w:type="continuationSeparator" w:id="0">
    <w:p w14:paraId="5678822A" w14:textId="77777777" w:rsidR="00394229" w:rsidRDefault="00394229" w:rsidP="00C076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FC182" w14:textId="2C11F87E" w:rsidR="00C07634" w:rsidRDefault="00C07634">
    <w:pPr>
      <w:pStyle w:val="Header"/>
      <w:rPr>
        <w:sz w:val="24"/>
        <w:szCs w:val="24"/>
      </w:rPr>
    </w:pPr>
    <w:sdt>
      <w:sdtPr>
        <w:rPr>
          <w:rFonts w:asciiTheme="majorHAnsi" w:eastAsiaTheme="majorEastAsia" w:hAnsiTheme="majorHAnsi" w:cstheme="majorBidi"/>
          <w:color w:val="4F81BD" w:themeColor="accent1"/>
          <w:sz w:val="24"/>
          <w:szCs w:val="24"/>
        </w:rPr>
        <w:alias w:val="Title"/>
        <w:id w:val="78404852"/>
        <w:placeholder>
          <w:docPart w:val="6369D13AE43040DFB0D49460D20D8E1F"/>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4F81BD" w:themeColor="accent1"/>
            <w:sz w:val="24"/>
            <w:szCs w:val="24"/>
          </w:rPr>
          <w:t>Project</w:t>
        </w:r>
      </w:sdtContent>
    </w:sdt>
    <w:r>
      <w:rPr>
        <w:rFonts w:asciiTheme="majorHAnsi" w:eastAsiaTheme="majorEastAsia" w:hAnsiTheme="majorHAnsi" w:cstheme="majorBidi"/>
        <w:color w:val="4F81BD" w:themeColor="accent1"/>
        <w:sz w:val="24"/>
        <w:szCs w:val="24"/>
      </w:rPr>
      <w:ptab w:relativeTo="margin" w:alignment="right" w:leader="none"/>
    </w:r>
    <w:sdt>
      <w:sdtPr>
        <w:rPr>
          <w:rFonts w:asciiTheme="majorHAnsi" w:eastAsiaTheme="majorEastAsia" w:hAnsiTheme="majorHAnsi" w:cstheme="majorBidi"/>
          <w:color w:val="4F81BD" w:themeColor="accent1"/>
          <w:sz w:val="24"/>
          <w:szCs w:val="24"/>
        </w:rPr>
        <w:alias w:val="Date"/>
        <w:id w:val="78404859"/>
        <w:placeholder>
          <w:docPart w:val="D86A9621F1C34F8ABBE87C8F31329A41"/>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Pr>
            <w:rFonts w:asciiTheme="majorHAnsi" w:eastAsiaTheme="majorEastAsia" w:hAnsiTheme="majorHAnsi" w:cstheme="majorBidi"/>
            <w:color w:val="4F81BD" w:themeColor="accent1"/>
            <w:sz w:val="24"/>
            <w:szCs w:val="24"/>
          </w:rPr>
          <w:t>CI/CD Pipeline</w:t>
        </w:r>
      </w:sdtContent>
    </w:sdt>
  </w:p>
  <w:p w14:paraId="6E955590" w14:textId="77777777" w:rsidR="00C07634" w:rsidRDefault="00C076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7EA3F64"/>
    <w:multiLevelType w:val="multilevel"/>
    <w:tmpl w:val="2FAE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351141"/>
    <w:multiLevelType w:val="multilevel"/>
    <w:tmpl w:val="388498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D0243C"/>
    <w:multiLevelType w:val="multilevel"/>
    <w:tmpl w:val="74FC8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DC24C4"/>
    <w:multiLevelType w:val="multilevel"/>
    <w:tmpl w:val="436020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527364"/>
    <w:multiLevelType w:val="hybridMultilevel"/>
    <w:tmpl w:val="5EE29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FF2720"/>
    <w:multiLevelType w:val="hybridMultilevel"/>
    <w:tmpl w:val="52FADB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B83B90"/>
    <w:multiLevelType w:val="multilevel"/>
    <w:tmpl w:val="8CEA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B3547F"/>
    <w:multiLevelType w:val="multilevel"/>
    <w:tmpl w:val="864E07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CC0F9C"/>
    <w:multiLevelType w:val="multilevel"/>
    <w:tmpl w:val="1818B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2E0AA0"/>
    <w:multiLevelType w:val="multilevel"/>
    <w:tmpl w:val="9D22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CA76A0"/>
    <w:multiLevelType w:val="multilevel"/>
    <w:tmpl w:val="41BC3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357D3D"/>
    <w:multiLevelType w:val="multilevel"/>
    <w:tmpl w:val="E0DE33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DEF68FB"/>
    <w:multiLevelType w:val="multilevel"/>
    <w:tmpl w:val="691A9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035178"/>
    <w:multiLevelType w:val="multilevel"/>
    <w:tmpl w:val="4998B3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051B28"/>
    <w:multiLevelType w:val="hybridMultilevel"/>
    <w:tmpl w:val="A344EE1E"/>
    <w:lvl w:ilvl="0" w:tplc="AD8415F6">
      <w:start w:val="1"/>
      <w:numFmt w:val="decimal"/>
      <w:lvlText w:val="%1."/>
      <w:lvlJc w:val="left"/>
      <w:pPr>
        <w:ind w:left="720" w:hanging="360"/>
      </w:pPr>
      <w:rPr>
        <w:color w:val="000000" w:themeColor="text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6411CA5"/>
    <w:multiLevelType w:val="multilevel"/>
    <w:tmpl w:val="2CF8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E23430"/>
    <w:multiLevelType w:val="hybridMultilevel"/>
    <w:tmpl w:val="8FEE3014"/>
    <w:lvl w:ilvl="0" w:tplc="0BFE496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AF577BB"/>
    <w:multiLevelType w:val="hybridMultilevel"/>
    <w:tmpl w:val="4AEE04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B123FA"/>
    <w:multiLevelType w:val="multilevel"/>
    <w:tmpl w:val="A762D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CF02A3"/>
    <w:multiLevelType w:val="multilevel"/>
    <w:tmpl w:val="9B883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542947"/>
    <w:multiLevelType w:val="hybridMultilevel"/>
    <w:tmpl w:val="44609DFC"/>
    <w:lvl w:ilvl="0" w:tplc="0809000F">
      <w:start w:val="1"/>
      <w:numFmt w:val="decimal"/>
      <w:lvlText w:val="%1."/>
      <w:lvlJc w:val="left"/>
      <w:pPr>
        <w:ind w:left="720" w:hanging="360"/>
      </w:pPr>
      <w:rPr>
        <w:rFonts w:hint="default"/>
      </w:rPr>
    </w:lvl>
    <w:lvl w:ilvl="1" w:tplc="8D707EFC">
      <w:numFmt w:val="bullet"/>
      <w:lvlText w:val=""/>
      <w:lvlJc w:val="left"/>
      <w:pPr>
        <w:ind w:left="1440" w:hanging="360"/>
      </w:pPr>
      <w:rPr>
        <w:rFonts w:ascii="Lato" w:eastAsia="Times New Roman" w:hAnsi="Lato"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C203465"/>
    <w:multiLevelType w:val="multilevel"/>
    <w:tmpl w:val="99A82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A357CC"/>
    <w:multiLevelType w:val="hybridMultilevel"/>
    <w:tmpl w:val="019E88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DEB6C4A"/>
    <w:multiLevelType w:val="multilevel"/>
    <w:tmpl w:val="349E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BD1D52"/>
    <w:multiLevelType w:val="hybridMultilevel"/>
    <w:tmpl w:val="150A78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CB777E"/>
    <w:multiLevelType w:val="multilevel"/>
    <w:tmpl w:val="0080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4C1FFE"/>
    <w:multiLevelType w:val="multilevel"/>
    <w:tmpl w:val="2D6603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FA92E84"/>
    <w:multiLevelType w:val="multilevel"/>
    <w:tmpl w:val="4F76D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4801AB"/>
    <w:multiLevelType w:val="multilevel"/>
    <w:tmpl w:val="488EF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CC1216"/>
    <w:multiLevelType w:val="hybridMultilevel"/>
    <w:tmpl w:val="19A67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DA0566"/>
    <w:multiLevelType w:val="multilevel"/>
    <w:tmpl w:val="80048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6D45F6"/>
    <w:multiLevelType w:val="multilevel"/>
    <w:tmpl w:val="7A3E2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887340"/>
    <w:multiLevelType w:val="hybridMultilevel"/>
    <w:tmpl w:val="6F2EA13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1379619">
    <w:abstractNumId w:val="8"/>
  </w:num>
  <w:num w:numId="2" w16cid:durableId="738791346">
    <w:abstractNumId w:val="6"/>
  </w:num>
  <w:num w:numId="3" w16cid:durableId="1755079616">
    <w:abstractNumId w:val="5"/>
  </w:num>
  <w:num w:numId="4" w16cid:durableId="1472749996">
    <w:abstractNumId w:val="4"/>
  </w:num>
  <w:num w:numId="5" w16cid:durableId="268702213">
    <w:abstractNumId w:val="7"/>
  </w:num>
  <w:num w:numId="6" w16cid:durableId="612244578">
    <w:abstractNumId w:val="3"/>
  </w:num>
  <w:num w:numId="7" w16cid:durableId="329454340">
    <w:abstractNumId w:val="2"/>
  </w:num>
  <w:num w:numId="8" w16cid:durableId="359479254">
    <w:abstractNumId w:val="1"/>
  </w:num>
  <w:num w:numId="9" w16cid:durableId="1418793755">
    <w:abstractNumId w:val="0"/>
  </w:num>
  <w:num w:numId="10" w16cid:durableId="245842543">
    <w:abstractNumId w:val="29"/>
  </w:num>
  <w:num w:numId="11" w16cid:durableId="455176914">
    <w:abstractNumId w:val="10"/>
  </w:num>
  <w:num w:numId="12" w16cid:durableId="254241931">
    <w:abstractNumId w:val="16"/>
  </w:num>
  <w:num w:numId="13" w16cid:durableId="18050817">
    <w:abstractNumId w:val="23"/>
  </w:num>
  <w:num w:numId="14" w16cid:durableId="1394236468">
    <w:abstractNumId w:val="18"/>
  </w:num>
  <w:num w:numId="15" w16cid:durableId="1460605522">
    <w:abstractNumId w:val="25"/>
  </w:num>
  <w:num w:numId="16" w16cid:durableId="1630086337">
    <w:abstractNumId w:val="20"/>
  </w:num>
  <w:num w:numId="17" w16cid:durableId="1910845354">
    <w:abstractNumId w:val="27"/>
  </w:num>
  <w:num w:numId="18" w16cid:durableId="1045105058">
    <w:abstractNumId w:val="41"/>
  </w:num>
  <w:num w:numId="19" w16cid:durableId="2002585208">
    <w:abstractNumId w:val="11"/>
  </w:num>
  <w:num w:numId="20" w16cid:durableId="709762600">
    <w:abstractNumId w:val="37"/>
  </w:num>
  <w:num w:numId="21" w16cid:durableId="552038108">
    <w:abstractNumId w:val="17"/>
  </w:num>
  <w:num w:numId="22" w16cid:durableId="800153440">
    <w:abstractNumId w:val="26"/>
  </w:num>
  <w:num w:numId="23" w16cid:durableId="2060588499">
    <w:abstractNumId w:val="39"/>
  </w:num>
  <w:num w:numId="24" w16cid:durableId="1860704300">
    <w:abstractNumId w:val="33"/>
  </w:num>
  <w:num w:numId="25" w16cid:durableId="1839885003">
    <w:abstractNumId w:val="13"/>
  </w:num>
  <w:num w:numId="26" w16cid:durableId="868180538">
    <w:abstractNumId w:val="12"/>
  </w:num>
  <w:num w:numId="27" w16cid:durableId="2009359539">
    <w:abstractNumId w:val="24"/>
  </w:num>
  <w:num w:numId="28" w16cid:durableId="79913453">
    <w:abstractNumId w:val="38"/>
  </w:num>
  <w:num w:numId="29" w16cid:durableId="1585722013">
    <w:abstractNumId w:val="31"/>
  </w:num>
  <w:num w:numId="30" w16cid:durableId="880173866">
    <w:abstractNumId w:val="14"/>
  </w:num>
  <w:num w:numId="31" w16cid:durableId="1232038780">
    <w:abstractNumId w:val="35"/>
  </w:num>
  <w:num w:numId="32" w16cid:durableId="1740597480">
    <w:abstractNumId w:val="22"/>
  </w:num>
  <w:num w:numId="33" w16cid:durableId="115829829">
    <w:abstractNumId w:val="32"/>
  </w:num>
  <w:num w:numId="34" w16cid:durableId="1559899597">
    <w:abstractNumId w:val="34"/>
  </w:num>
  <w:num w:numId="35" w16cid:durableId="1302418995">
    <w:abstractNumId w:val="36"/>
  </w:num>
  <w:num w:numId="36" w16cid:durableId="927424657">
    <w:abstractNumId w:val="9"/>
  </w:num>
  <w:num w:numId="37" w16cid:durableId="870343350">
    <w:abstractNumId w:val="40"/>
  </w:num>
  <w:num w:numId="38" w16cid:durableId="183715920">
    <w:abstractNumId w:val="28"/>
  </w:num>
  <w:num w:numId="39" w16cid:durableId="60713485">
    <w:abstractNumId w:val="21"/>
  </w:num>
  <w:num w:numId="40" w16cid:durableId="534198425">
    <w:abstractNumId w:val="30"/>
  </w:num>
  <w:num w:numId="41" w16cid:durableId="946430369">
    <w:abstractNumId w:val="19"/>
  </w:num>
  <w:num w:numId="42" w16cid:durableId="37816989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287A"/>
    <w:rsid w:val="00022709"/>
    <w:rsid w:val="000327B8"/>
    <w:rsid w:val="000331ED"/>
    <w:rsid w:val="00034616"/>
    <w:rsid w:val="000376BD"/>
    <w:rsid w:val="0005351A"/>
    <w:rsid w:val="000546F9"/>
    <w:rsid w:val="0006063C"/>
    <w:rsid w:val="000814A4"/>
    <w:rsid w:val="000E588E"/>
    <w:rsid w:val="000E696B"/>
    <w:rsid w:val="001079F6"/>
    <w:rsid w:val="001159E4"/>
    <w:rsid w:val="00140A1A"/>
    <w:rsid w:val="0015074B"/>
    <w:rsid w:val="001552CD"/>
    <w:rsid w:val="00197BDF"/>
    <w:rsid w:val="001C0CE5"/>
    <w:rsid w:val="001C4866"/>
    <w:rsid w:val="001F5157"/>
    <w:rsid w:val="00246C8C"/>
    <w:rsid w:val="00252EBA"/>
    <w:rsid w:val="00272DD3"/>
    <w:rsid w:val="0029639D"/>
    <w:rsid w:val="002A6F55"/>
    <w:rsid w:val="002F0490"/>
    <w:rsid w:val="003046DC"/>
    <w:rsid w:val="00311023"/>
    <w:rsid w:val="00326F90"/>
    <w:rsid w:val="00341C3C"/>
    <w:rsid w:val="00364F4C"/>
    <w:rsid w:val="00374CB0"/>
    <w:rsid w:val="00380E0F"/>
    <w:rsid w:val="00394229"/>
    <w:rsid w:val="003B5D69"/>
    <w:rsid w:val="003B7564"/>
    <w:rsid w:val="003D69FE"/>
    <w:rsid w:val="004250F6"/>
    <w:rsid w:val="00467B50"/>
    <w:rsid w:val="00484C13"/>
    <w:rsid w:val="004A4A97"/>
    <w:rsid w:val="004E686F"/>
    <w:rsid w:val="004F45FD"/>
    <w:rsid w:val="00515356"/>
    <w:rsid w:val="00540CB4"/>
    <w:rsid w:val="0056208A"/>
    <w:rsid w:val="005A6FCE"/>
    <w:rsid w:val="005B21E3"/>
    <w:rsid w:val="005E319F"/>
    <w:rsid w:val="005E5978"/>
    <w:rsid w:val="005E7941"/>
    <w:rsid w:val="00604BD3"/>
    <w:rsid w:val="00630FE6"/>
    <w:rsid w:val="00637849"/>
    <w:rsid w:val="00643A07"/>
    <w:rsid w:val="00645B4D"/>
    <w:rsid w:val="0066072A"/>
    <w:rsid w:val="006F068D"/>
    <w:rsid w:val="00777C4B"/>
    <w:rsid w:val="007A3703"/>
    <w:rsid w:val="007B5B7F"/>
    <w:rsid w:val="007F1260"/>
    <w:rsid w:val="00800A0A"/>
    <w:rsid w:val="008071B1"/>
    <w:rsid w:val="00814360"/>
    <w:rsid w:val="00833A94"/>
    <w:rsid w:val="008411D7"/>
    <w:rsid w:val="0085407B"/>
    <w:rsid w:val="0087062E"/>
    <w:rsid w:val="0087117F"/>
    <w:rsid w:val="00871F8F"/>
    <w:rsid w:val="00885E2E"/>
    <w:rsid w:val="008D73F1"/>
    <w:rsid w:val="008F2B6C"/>
    <w:rsid w:val="008F3124"/>
    <w:rsid w:val="008F7D37"/>
    <w:rsid w:val="00902A1D"/>
    <w:rsid w:val="00913EAC"/>
    <w:rsid w:val="00914479"/>
    <w:rsid w:val="009267A0"/>
    <w:rsid w:val="00931718"/>
    <w:rsid w:val="009662FA"/>
    <w:rsid w:val="00991546"/>
    <w:rsid w:val="00994F56"/>
    <w:rsid w:val="009C7506"/>
    <w:rsid w:val="009F4BCF"/>
    <w:rsid w:val="00A20C9A"/>
    <w:rsid w:val="00A40133"/>
    <w:rsid w:val="00A41226"/>
    <w:rsid w:val="00A64D36"/>
    <w:rsid w:val="00A81CA1"/>
    <w:rsid w:val="00A83517"/>
    <w:rsid w:val="00A914D6"/>
    <w:rsid w:val="00A96C5E"/>
    <w:rsid w:val="00AA1D8D"/>
    <w:rsid w:val="00AB5A39"/>
    <w:rsid w:val="00AC10FC"/>
    <w:rsid w:val="00AC650F"/>
    <w:rsid w:val="00AD5FA4"/>
    <w:rsid w:val="00B05342"/>
    <w:rsid w:val="00B24761"/>
    <w:rsid w:val="00B328D9"/>
    <w:rsid w:val="00B47730"/>
    <w:rsid w:val="00B51BC7"/>
    <w:rsid w:val="00B80FF5"/>
    <w:rsid w:val="00B9662E"/>
    <w:rsid w:val="00BB3273"/>
    <w:rsid w:val="00BD0943"/>
    <w:rsid w:val="00BD1B06"/>
    <w:rsid w:val="00BE2D18"/>
    <w:rsid w:val="00C07634"/>
    <w:rsid w:val="00C07D88"/>
    <w:rsid w:val="00C1486B"/>
    <w:rsid w:val="00C22493"/>
    <w:rsid w:val="00C33AED"/>
    <w:rsid w:val="00C40DA2"/>
    <w:rsid w:val="00C519E4"/>
    <w:rsid w:val="00C5297E"/>
    <w:rsid w:val="00C56179"/>
    <w:rsid w:val="00CA2DA1"/>
    <w:rsid w:val="00CA407E"/>
    <w:rsid w:val="00CB0664"/>
    <w:rsid w:val="00CE76F8"/>
    <w:rsid w:val="00CF039A"/>
    <w:rsid w:val="00D76FD9"/>
    <w:rsid w:val="00DD15BD"/>
    <w:rsid w:val="00E2382C"/>
    <w:rsid w:val="00E67802"/>
    <w:rsid w:val="00E74786"/>
    <w:rsid w:val="00E83485"/>
    <w:rsid w:val="00E8669E"/>
    <w:rsid w:val="00EE2137"/>
    <w:rsid w:val="00EE2D3A"/>
    <w:rsid w:val="00F24859"/>
    <w:rsid w:val="00F258FA"/>
    <w:rsid w:val="00F36AB4"/>
    <w:rsid w:val="00F438EE"/>
    <w:rsid w:val="00FC1B34"/>
    <w:rsid w:val="00FC5F27"/>
    <w:rsid w:val="00FC693F"/>
    <w:rsid w:val="00FE2294"/>
    <w:rsid w:val="00FF069B"/>
    <w:rsid w:val="00FF2C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37D886"/>
  <w14:defaultImageDpi w14:val="300"/>
  <w15:docId w15:val="{0362960F-ECD3-934E-AB0F-651C8D09C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pple-converted-space">
    <w:name w:val="apple-converted-space"/>
    <w:basedOn w:val="DefaultParagraphFont"/>
    <w:rsid w:val="00DD15BD"/>
  </w:style>
  <w:style w:type="character" w:styleId="HTMLCode">
    <w:name w:val="HTML Code"/>
    <w:basedOn w:val="DefaultParagraphFont"/>
    <w:uiPriority w:val="99"/>
    <w:semiHidden/>
    <w:unhideWhenUsed/>
    <w:rsid w:val="00DD15BD"/>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DD1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DD15BD"/>
    <w:rPr>
      <w:rFonts w:ascii="Courier New" w:eastAsia="Times New Roman" w:hAnsi="Courier New" w:cs="Courier New"/>
      <w:sz w:val="20"/>
      <w:szCs w:val="20"/>
      <w:lang w:val="en-GB" w:eastAsia="en-GB"/>
    </w:rPr>
  </w:style>
  <w:style w:type="character" w:customStyle="1" w:styleId="hljs-punctuation">
    <w:name w:val="hljs-punctuation"/>
    <w:basedOn w:val="DefaultParagraphFont"/>
    <w:rsid w:val="00DD15BD"/>
  </w:style>
  <w:style w:type="character" w:customStyle="1" w:styleId="hljs-attr">
    <w:name w:val="hljs-attr"/>
    <w:basedOn w:val="DefaultParagraphFont"/>
    <w:rsid w:val="00DD15BD"/>
  </w:style>
  <w:style w:type="character" w:customStyle="1" w:styleId="hljs-string">
    <w:name w:val="hljs-string"/>
    <w:basedOn w:val="DefaultParagraphFont"/>
    <w:rsid w:val="00DD15BD"/>
  </w:style>
  <w:style w:type="paragraph" w:styleId="NormalWeb">
    <w:name w:val="Normal (Web)"/>
    <w:basedOn w:val="Normal"/>
    <w:uiPriority w:val="99"/>
    <w:semiHidden/>
    <w:unhideWhenUsed/>
    <w:rsid w:val="003B756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OC2">
    <w:name w:val="toc 2"/>
    <w:basedOn w:val="Normal"/>
    <w:next w:val="Normal"/>
    <w:autoRedefine/>
    <w:uiPriority w:val="39"/>
    <w:unhideWhenUsed/>
    <w:rsid w:val="00CF039A"/>
    <w:pPr>
      <w:spacing w:after="100"/>
      <w:ind w:left="220"/>
    </w:pPr>
  </w:style>
  <w:style w:type="paragraph" w:styleId="TOC3">
    <w:name w:val="toc 3"/>
    <w:basedOn w:val="Normal"/>
    <w:next w:val="Normal"/>
    <w:autoRedefine/>
    <w:uiPriority w:val="39"/>
    <w:unhideWhenUsed/>
    <w:rsid w:val="00CF039A"/>
    <w:pPr>
      <w:spacing w:after="100"/>
      <w:ind w:left="440"/>
    </w:pPr>
  </w:style>
  <w:style w:type="character" w:styleId="Hyperlink">
    <w:name w:val="Hyperlink"/>
    <w:basedOn w:val="DefaultParagraphFont"/>
    <w:uiPriority w:val="99"/>
    <w:unhideWhenUsed/>
    <w:rsid w:val="00CF039A"/>
    <w:rPr>
      <w:color w:val="0000FF" w:themeColor="hyperlink"/>
      <w:u w:val="single"/>
    </w:rPr>
  </w:style>
  <w:style w:type="paragraph" w:styleId="TOC1">
    <w:name w:val="toc 1"/>
    <w:basedOn w:val="Normal"/>
    <w:next w:val="Normal"/>
    <w:autoRedefine/>
    <w:uiPriority w:val="39"/>
    <w:unhideWhenUsed/>
    <w:rsid w:val="00A96C5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196836">
      <w:bodyDiv w:val="1"/>
      <w:marLeft w:val="0"/>
      <w:marRight w:val="0"/>
      <w:marTop w:val="0"/>
      <w:marBottom w:val="0"/>
      <w:divBdr>
        <w:top w:val="none" w:sz="0" w:space="0" w:color="auto"/>
        <w:left w:val="none" w:sz="0" w:space="0" w:color="auto"/>
        <w:bottom w:val="none" w:sz="0" w:space="0" w:color="auto"/>
        <w:right w:val="none" w:sz="0" w:space="0" w:color="auto"/>
      </w:divBdr>
    </w:div>
    <w:div w:id="156043205">
      <w:bodyDiv w:val="1"/>
      <w:marLeft w:val="0"/>
      <w:marRight w:val="0"/>
      <w:marTop w:val="0"/>
      <w:marBottom w:val="0"/>
      <w:divBdr>
        <w:top w:val="none" w:sz="0" w:space="0" w:color="auto"/>
        <w:left w:val="none" w:sz="0" w:space="0" w:color="auto"/>
        <w:bottom w:val="none" w:sz="0" w:space="0" w:color="auto"/>
        <w:right w:val="none" w:sz="0" w:space="0" w:color="auto"/>
      </w:divBdr>
    </w:div>
    <w:div w:id="225990766">
      <w:bodyDiv w:val="1"/>
      <w:marLeft w:val="0"/>
      <w:marRight w:val="0"/>
      <w:marTop w:val="0"/>
      <w:marBottom w:val="0"/>
      <w:divBdr>
        <w:top w:val="none" w:sz="0" w:space="0" w:color="auto"/>
        <w:left w:val="none" w:sz="0" w:space="0" w:color="auto"/>
        <w:bottom w:val="none" w:sz="0" w:space="0" w:color="auto"/>
        <w:right w:val="none" w:sz="0" w:space="0" w:color="auto"/>
      </w:divBdr>
    </w:div>
    <w:div w:id="382826791">
      <w:bodyDiv w:val="1"/>
      <w:marLeft w:val="0"/>
      <w:marRight w:val="0"/>
      <w:marTop w:val="0"/>
      <w:marBottom w:val="0"/>
      <w:divBdr>
        <w:top w:val="none" w:sz="0" w:space="0" w:color="auto"/>
        <w:left w:val="none" w:sz="0" w:space="0" w:color="auto"/>
        <w:bottom w:val="none" w:sz="0" w:space="0" w:color="auto"/>
        <w:right w:val="none" w:sz="0" w:space="0" w:color="auto"/>
      </w:divBdr>
    </w:div>
    <w:div w:id="400102731">
      <w:bodyDiv w:val="1"/>
      <w:marLeft w:val="0"/>
      <w:marRight w:val="0"/>
      <w:marTop w:val="0"/>
      <w:marBottom w:val="0"/>
      <w:divBdr>
        <w:top w:val="none" w:sz="0" w:space="0" w:color="auto"/>
        <w:left w:val="none" w:sz="0" w:space="0" w:color="auto"/>
        <w:bottom w:val="none" w:sz="0" w:space="0" w:color="auto"/>
        <w:right w:val="none" w:sz="0" w:space="0" w:color="auto"/>
      </w:divBdr>
    </w:div>
    <w:div w:id="423770388">
      <w:bodyDiv w:val="1"/>
      <w:marLeft w:val="0"/>
      <w:marRight w:val="0"/>
      <w:marTop w:val="0"/>
      <w:marBottom w:val="0"/>
      <w:divBdr>
        <w:top w:val="none" w:sz="0" w:space="0" w:color="auto"/>
        <w:left w:val="none" w:sz="0" w:space="0" w:color="auto"/>
        <w:bottom w:val="none" w:sz="0" w:space="0" w:color="auto"/>
        <w:right w:val="none" w:sz="0" w:space="0" w:color="auto"/>
      </w:divBdr>
    </w:div>
    <w:div w:id="430470981">
      <w:bodyDiv w:val="1"/>
      <w:marLeft w:val="0"/>
      <w:marRight w:val="0"/>
      <w:marTop w:val="0"/>
      <w:marBottom w:val="0"/>
      <w:divBdr>
        <w:top w:val="none" w:sz="0" w:space="0" w:color="auto"/>
        <w:left w:val="none" w:sz="0" w:space="0" w:color="auto"/>
        <w:bottom w:val="none" w:sz="0" w:space="0" w:color="auto"/>
        <w:right w:val="none" w:sz="0" w:space="0" w:color="auto"/>
      </w:divBdr>
    </w:div>
    <w:div w:id="498886221">
      <w:bodyDiv w:val="1"/>
      <w:marLeft w:val="0"/>
      <w:marRight w:val="0"/>
      <w:marTop w:val="0"/>
      <w:marBottom w:val="0"/>
      <w:divBdr>
        <w:top w:val="none" w:sz="0" w:space="0" w:color="auto"/>
        <w:left w:val="none" w:sz="0" w:space="0" w:color="auto"/>
        <w:bottom w:val="none" w:sz="0" w:space="0" w:color="auto"/>
        <w:right w:val="none" w:sz="0" w:space="0" w:color="auto"/>
      </w:divBdr>
    </w:div>
    <w:div w:id="543643180">
      <w:bodyDiv w:val="1"/>
      <w:marLeft w:val="0"/>
      <w:marRight w:val="0"/>
      <w:marTop w:val="0"/>
      <w:marBottom w:val="0"/>
      <w:divBdr>
        <w:top w:val="none" w:sz="0" w:space="0" w:color="auto"/>
        <w:left w:val="none" w:sz="0" w:space="0" w:color="auto"/>
        <w:bottom w:val="none" w:sz="0" w:space="0" w:color="auto"/>
        <w:right w:val="none" w:sz="0" w:space="0" w:color="auto"/>
      </w:divBdr>
    </w:div>
    <w:div w:id="883442911">
      <w:bodyDiv w:val="1"/>
      <w:marLeft w:val="0"/>
      <w:marRight w:val="0"/>
      <w:marTop w:val="0"/>
      <w:marBottom w:val="0"/>
      <w:divBdr>
        <w:top w:val="none" w:sz="0" w:space="0" w:color="auto"/>
        <w:left w:val="none" w:sz="0" w:space="0" w:color="auto"/>
        <w:bottom w:val="none" w:sz="0" w:space="0" w:color="auto"/>
        <w:right w:val="none" w:sz="0" w:space="0" w:color="auto"/>
      </w:divBdr>
    </w:div>
    <w:div w:id="939607116">
      <w:bodyDiv w:val="1"/>
      <w:marLeft w:val="0"/>
      <w:marRight w:val="0"/>
      <w:marTop w:val="0"/>
      <w:marBottom w:val="0"/>
      <w:divBdr>
        <w:top w:val="none" w:sz="0" w:space="0" w:color="auto"/>
        <w:left w:val="none" w:sz="0" w:space="0" w:color="auto"/>
        <w:bottom w:val="none" w:sz="0" w:space="0" w:color="auto"/>
        <w:right w:val="none" w:sz="0" w:space="0" w:color="auto"/>
      </w:divBdr>
    </w:div>
    <w:div w:id="986014671">
      <w:bodyDiv w:val="1"/>
      <w:marLeft w:val="0"/>
      <w:marRight w:val="0"/>
      <w:marTop w:val="0"/>
      <w:marBottom w:val="0"/>
      <w:divBdr>
        <w:top w:val="none" w:sz="0" w:space="0" w:color="auto"/>
        <w:left w:val="none" w:sz="0" w:space="0" w:color="auto"/>
        <w:bottom w:val="none" w:sz="0" w:space="0" w:color="auto"/>
        <w:right w:val="none" w:sz="0" w:space="0" w:color="auto"/>
      </w:divBdr>
      <w:divsChild>
        <w:div w:id="563370268">
          <w:marLeft w:val="0"/>
          <w:marRight w:val="0"/>
          <w:marTop w:val="0"/>
          <w:marBottom w:val="0"/>
          <w:divBdr>
            <w:top w:val="none" w:sz="0" w:space="0" w:color="auto"/>
            <w:left w:val="none" w:sz="0" w:space="0" w:color="auto"/>
            <w:bottom w:val="none" w:sz="0" w:space="0" w:color="auto"/>
            <w:right w:val="none" w:sz="0" w:space="0" w:color="auto"/>
          </w:divBdr>
          <w:divsChild>
            <w:div w:id="2059236101">
              <w:marLeft w:val="0"/>
              <w:marRight w:val="0"/>
              <w:marTop w:val="0"/>
              <w:marBottom w:val="0"/>
              <w:divBdr>
                <w:top w:val="none" w:sz="0" w:space="0" w:color="auto"/>
                <w:left w:val="none" w:sz="0" w:space="0" w:color="auto"/>
                <w:bottom w:val="none" w:sz="0" w:space="0" w:color="auto"/>
                <w:right w:val="none" w:sz="0" w:space="0" w:color="auto"/>
              </w:divBdr>
            </w:div>
            <w:div w:id="1858470329">
              <w:marLeft w:val="0"/>
              <w:marRight w:val="0"/>
              <w:marTop w:val="0"/>
              <w:marBottom w:val="0"/>
              <w:divBdr>
                <w:top w:val="none" w:sz="0" w:space="0" w:color="auto"/>
                <w:left w:val="none" w:sz="0" w:space="0" w:color="auto"/>
                <w:bottom w:val="none" w:sz="0" w:space="0" w:color="auto"/>
                <w:right w:val="none" w:sz="0" w:space="0" w:color="auto"/>
              </w:divBdr>
              <w:divsChild>
                <w:div w:id="758335119">
                  <w:marLeft w:val="0"/>
                  <w:marRight w:val="0"/>
                  <w:marTop w:val="0"/>
                  <w:marBottom w:val="0"/>
                  <w:divBdr>
                    <w:top w:val="none" w:sz="0" w:space="0" w:color="auto"/>
                    <w:left w:val="none" w:sz="0" w:space="0" w:color="auto"/>
                    <w:bottom w:val="none" w:sz="0" w:space="0" w:color="auto"/>
                    <w:right w:val="none" w:sz="0" w:space="0" w:color="auto"/>
                  </w:divBdr>
                  <w:divsChild>
                    <w:div w:id="63426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141543">
      <w:bodyDiv w:val="1"/>
      <w:marLeft w:val="0"/>
      <w:marRight w:val="0"/>
      <w:marTop w:val="0"/>
      <w:marBottom w:val="0"/>
      <w:divBdr>
        <w:top w:val="none" w:sz="0" w:space="0" w:color="auto"/>
        <w:left w:val="none" w:sz="0" w:space="0" w:color="auto"/>
        <w:bottom w:val="none" w:sz="0" w:space="0" w:color="auto"/>
        <w:right w:val="none" w:sz="0" w:space="0" w:color="auto"/>
      </w:divBdr>
    </w:div>
    <w:div w:id="1041857423">
      <w:bodyDiv w:val="1"/>
      <w:marLeft w:val="0"/>
      <w:marRight w:val="0"/>
      <w:marTop w:val="0"/>
      <w:marBottom w:val="0"/>
      <w:divBdr>
        <w:top w:val="none" w:sz="0" w:space="0" w:color="auto"/>
        <w:left w:val="none" w:sz="0" w:space="0" w:color="auto"/>
        <w:bottom w:val="none" w:sz="0" w:space="0" w:color="auto"/>
        <w:right w:val="none" w:sz="0" w:space="0" w:color="auto"/>
      </w:divBdr>
    </w:div>
    <w:div w:id="1093357852">
      <w:bodyDiv w:val="1"/>
      <w:marLeft w:val="0"/>
      <w:marRight w:val="0"/>
      <w:marTop w:val="0"/>
      <w:marBottom w:val="0"/>
      <w:divBdr>
        <w:top w:val="none" w:sz="0" w:space="0" w:color="auto"/>
        <w:left w:val="none" w:sz="0" w:space="0" w:color="auto"/>
        <w:bottom w:val="none" w:sz="0" w:space="0" w:color="auto"/>
        <w:right w:val="none" w:sz="0" w:space="0" w:color="auto"/>
      </w:divBdr>
    </w:div>
    <w:div w:id="1175463843">
      <w:bodyDiv w:val="1"/>
      <w:marLeft w:val="0"/>
      <w:marRight w:val="0"/>
      <w:marTop w:val="0"/>
      <w:marBottom w:val="0"/>
      <w:divBdr>
        <w:top w:val="none" w:sz="0" w:space="0" w:color="auto"/>
        <w:left w:val="none" w:sz="0" w:space="0" w:color="auto"/>
        <w:bottom w:val="none" w:sz="0" w:space="0" w:color="auto"/>
        <w:right w:val="none" w:sz="0" w:space="0" w:color="auto"/>
      </w:divBdr>
    </w:div>
    <w:div w:id="1239635234">
      <w:bodyDiv w:val="1"/>
      <w:marLeft w:val="0"/>
      <w:marRight w:val="0"/>
      <w:marTop w:val="0"/>
      <w:marBottom w:val="0"/>
      <w:divBdr>
        <w:top w:val="none" w:sz="0" w:space="0" w:color="auto"/>
        <w:left w:val="none" w:sz="0" w:space="0" w:color="auto"/>
        <w:bottom w:val="none" w:sz="0" w:space="0" w:color="auto"/>
        <w:right w:val="none" w:sz="0" w:space="0" w:color="auto"/>
      </w:divBdr>
    </w:div>
    <w:div w:id="1248072684">
      <w:bodyDiv w:val="1"/>
      <w:marLeft w:val="0"/>
      <w:marRight w:val="0"/>
      <w:marTop w:val="0"/>
      <w:marBottom w:val="0"/>
      <w:divBdr>
        <w:top w:val="none" w:sz="0" w:space="0" w:color="auto"/>
        <w:left w:val="none" w:sz="0" w:space="0" w:color="auto"/>
        <w:bottom w:val="none" w:sz="0" w:space="0" w:color="auto"/>
        <w:right w:val="none" w:sz="0" w:space="0" w:color="auto"/>
      </w:divBdr>
    </w:div>
    <w:div w:id="1601064129">
      <w:bodyDiv w:val="1"/>
      <w:marLeft w:val="0"/>
      <w:marRight w:val="0"/>
      <w:marTop w:val="0"/>
      <w:marBottom w:val="0"/>
      <w:divBdr>
        <w:top w:val="none" w:sz="0" w:space="0" w:color="auto"/>
        <w:left w:val="none" w:sz="0" w:space="0" w:color="auto"/>
        <w:bottom w:val="none" w:sz="0" w:space="0" w:color="auto"/>
        <w:right w:val="none" w:sz="0" w:space="0" w:color="auto"/>
      </w:divBdr>
    </w:div>
    <w:div w:id="1614705478">
      <w:bodyDiv w:val="1"/>
      <w:marLeft w:val="0"/>
      <w:marRight w:val="0"/>
      <w:marTop w:val="0"/>
      <w:marBottom w:val="0"/>
      <w:divBdr>
        <w:top w:val="none" w:sz="0" w:space="0" w:color="auto"/>
        <w:left w:val="none" w:sz="0" w:space="0" w:color="auto"/>
        <w:bottom w:val="none" w:sz="0" w:space="0" w:color="auto"/>
        <w:right w:val="none" w:sz="0" w:space="0" w:color="auto"/>
      </w:divBdr>
    </w:div>
    <w:div w:id="1615407066">
      <w:bodyDiv w:val="1"/>
      <w:marLeft w:val="0"/>
      <w:marRight w:val="0"/>
      <w:marTop w:val="0"/>
      <w:marBottom w:val="0"/>
      <w:divBdr>
        <w:top w:val="none" w:sz="0" w:space="0" w:color="auto"/>
        <w:left w:val="none" w:sz="0" w:space="0" w:color="auto"/>
        <w:bottom w:val="none" w:sz="0" w:space="0" w:color="auto"/>
        <w:right w:val="none" w:sz="0" w:space="0" w:color="auto"/>
      </w:divBdr>
    </w:div>
    <w:div w:id="1623147224">
      <w:bodyDiv w:val="1"/>
      <w:marLeft w:val="0"/>
      <w:marRight w:val="0"/>
      <w:marTop w:val="0"/>
      <w:marBottom w:val="0"/>
      <w:divBdr>
        <w:top w:val="none" w:sz="0" w:space="0" w:color="auto"/>
        <w:left w:val="none" w:sz="0" w:space="0" w:color="auto"/>
        <w:bottom w:val="none" w:sz="0" w:space="0" w:color="auto"/>
        <w:right w:val="none" w:sz="0" w:space="0" w:color="auto"/>
      </w:divBdr>
    </w:div>
    <w:div w:id="1627008633">
      <w:bodyDiv w:val="1"/>
      <w:marLeft w:val="0"/>
      <w:marRight w:val="0"/>
      <w:marTop w:val="0"/>
      <w:marBottom w:val="0"/>
      <w:divBdr>
        <w:top w:val="none" w:sz="0" w:space="0" w:color="auto"/>
        <w:left w:val="none" w:sz="0" w:space="0" w:color="auto"/>
        <w:bottom w:val="none" w:sz="0" w:space="0" w:color="auto"/>
        <w:right w:val="none" w:sz="0" w:space="0" w:color="auto"/>
      </w:divBdr>
    </w:div>
    <w:div w:id="1721897622">
      <w:bodyDiv w:val="1"/>
      <w:marLeft w:val="0"/>
      <w:marRight w:val="0"/>
      <w:marTop w:val="0"/>
      <w:marBottom w:val="0"/>
      <w:divBdr>
        <w:top w:val="none" w:sz="0" w:space="0" w:color="auto"/>
        <w:left w:val="none" w:sz="0" w:space="0" w:color="auto"/>
        <w:bottom w:val="none" w:sz="0" w:space="0" w:color="auto"/>
        <w:right w:val="none" w:sz="0" w:space="0" w:color="auto"/>
      </w:divBdr>
    </w:div>
    <w:div w:id="1763405968">
      <w:bodyDiv w:val="1"/>
      <w:marLeft w:val="0"/>
      <w:marRight w:val="0"/>
      <w:marTop w:val="0"/>
      <w:marBottom w:val="0"/>
      <w:divBdr>
        <w:top w:val="none" w:sz="0" w:space="0" w:color="auto"/>
        <w:left w:val="none" w:sz="0" w:space="0" w:color="auto"/>
        <w:bottom w:val="none" w:sz="0" w:space="0" w:color="auto"/>
        <w:right w:val="none" w:sz="0" w:space="0" w:color="auto"/>
      </w:divBdr>
      <w:divsChild>
        <w:div w:id="1485968153">
          <w:marLeft w:val="0"/>
          <w:marRight w:val="0"/>
          <w:marTop w:val="0"/>
          <w:marBottom w:val="0"/>
          <w:divBdr>
            <w:top w:val="none" w:sz="0" w:space="0" w:color="auto"/>
            <w:left w:val="none" w:sz="0" w:space="0" w:color="auto"/>
            <w:bottom w:val="none" w:sz="0" w:space="0" w:color="auto"/>
            <w:right w:val="none" w:sz="0" w:space="0" w:color="auto"/>
          </w:divBdr>
          <w:divsChild>
            <w:div w:id="1018656091">
              <w:marLeft w:val="0"/>
              <w:marRight w:val="0"/>
              <w:marTop w:val="0"/>
              <w:marBottom w:val="0"/>
              <w:divBdr>
                <w:top w:val="none" w:sz="0" w:space="0" w:color="auto"/>
                <w:left w:val="none" w:sz="0" w:space="0" w:color="auto"/>
                <w:bottom w:val="none" w:sz="0" w:space="0" w:color="auto"/>
                <w:right w:val="none" w:sz="0" w:space="0" w:color="auto"/>
              </w:divBdr>
            </w:div>
            <w:div w:id="1706978332">
              <w:marLeft w:val="0"/>
              <w:marRight w:val="0"/>
              <w:marTop w:val="0"/>
              <w:marBottom w:val="0"/>
              <w:divBdr>
                <w:top w:val="none" w:sz="0" w:space="0" w:color="auto"/>
                <w:left w:val="none" w:sz="0" w:space="0" w:color="auto"/>
                <w:bottom w:val="none" w:sz="0" w:space="0" w:color="auto"/>
                <w:right w:val="none" w:sz="0" w:space="0" w:color="auto"/>
              </w:divBdr>
              <w:divsChild>
                <w:div w:id="685594683">
                  <w:marLeft w:val="0"/>
                  <w:marRight w:val="0"/>
                  <w:marTop w:val="0"/>
                  <w:marBottom w:val="0"/>
                  <w:divBdr>
                    <w:top w:val="none" w:sz="0" w:space="0" w:color="auto"/>
                    <w:left w:val="none" w:sz="0" w:space="0" w:color="auto"/>
                    <w:bottom w:val="none" w:sz="0" w:space="0" w:color="auto"/>
                    <w:right w:val="none" w:sz="0" w:space="0" w:color="auto"/>
                  </w:divBdr>
                  <w:divsChild>
                    <w:div w:id="15692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709">
      <w:bodyDiv w:val="1"/>
      <w:marLeft w:val="0"/>
      <w:marRight w:val="0"/>
      <w:marTop w:val="0"/>
      <w:marBottom w:val="0"/>
      <w:divBdr>
        <w:top w:val="none" w:sz="0" w:space="0" w:color="auto"/>
        <w:left w:val="none" w:sz="0" w:space="0" w:color="auto"/>
        <w:bottom w:val="none" w:sz="0" w:space="0" w:color="auto"/>
        <w:right w:val="none" w:sz="0" w:space="0" w:color="auto"/>
      </w:divBdr>
    </w:div>
    <w:div w:id="1871256578">
      <w:bodyDiv w:val="1"/>
      <w:marLeft w:val="0"/>
      <w:marRight w:val="0"/>
      <w:marTop w:val="0"/>
      <w:marBottom w:val="0"/>
      <w:divBdr>
        <w:top w:val="none" w:sz="0" w:space="0" w:color="auto"/>
        <w:left w:val="none" w:sz="0" w:space="0" w:color="auto"/>
        <w:bottom w:val="none" w:sz="0" w:space="0" w:color="auto"/>
        <w:right w:val="none" w:sz="0" w:space="0" w:color="auto"/>
      </w:divBdr>
      <w:divsChild>
        <w:div w:id="704644258">
          <w:marLeft w:val="0"/>
          <w:marRight w:val="0"/>
          <w:marTop w:val="0"/>
          <w:marBottom w:val="0"/>
          <w:divBdr>
            <w:top w:val="none" w:sz="0" w:space="0" w:color="auto"/>
            <w:left w:val="none" w:sz="0" w:space="0" w:color="auto"/>
            <w:bottom w:val="none" w:sz="0" w:space="0" w:color="auto"/>
            <w:right w:val="none" w:sz="0" w:space="0" w:color="auto"/>
          </w:divBdr>
          <w:divsChild>
            <w:div w:id="1577978342">
              <w:marLeft w:val="0"/>
              <w:marRight w:val="0"/>
              <w:marTop w:val="0"/>
              <w:marBottom w:val="0"/>
              <w:divBdr>
                <w:top w:val="none" w:sz="0" w:space="0" w:color="auto"/>
                <w:left w:val="none" w:sz="0" w:space="0" w:color="auto"/>
                <w:bottom w:val="none" w:sz="0" w:space="0" w:color="auto"/>
                <w:right w:val="none" w:sz="0" w:space="0" w:color="auto"/>
              </w:divBdr>
            </w:div>
            <w:div w:id="317734312">
              <w:marLeft w:val="0"/>
              <w:marRight w:val="0"/>
              <w:marTop w:val="0"/>
              <w:marBottom w:val="0"/>
              <w:divBdr>
                <w:top w:val="none" w:sz="0" w:space="0" w:color="auto"/>
                <w:left w:val="none" w:sz="0" w:space="0" w:color="auto"/>
                <w:bottom w:val="none" w:sz="0" w:space="0" w:color="auto"/>
                <w:right w:val="none" w:sz="0" w:space="0" w:color="auto"/>
              </w:divBdr>
              <w:divsChild>
                <w:div w:id="1833375603">
                  <w:marLeft w:val="0"/>
                  <w:marRight w:val="0"/>
                  <w:marTop w:val="0"/>
                  <w:marBottom w:val="0"/>
                  <w:divBdr>
                    <w:top w:val="none" w:sz="0" w:space="0" w:color="auto"/>
                    <w:left w:val="none" w:sz="0" w:space="0" w:color="auto"/>
                    <w:bottom w:val="none" w:sz="0" w:space="0" w:color="auto"/>
                    <w:right w:val="none" w:sz="0" w:space="0" w:color="auto"/>
                  </w:divBdr>
                  <w:divsChild>
                    <w:div w:id="104178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9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68640">
      <w:bodyDiv w:val="1"/>
      <w:marLeft w:val="0"/>
      <w:marRight w:val="0"/>
      <w:marTop w:val="0"/>
      <w:marBottom w:val="0"/>
      <w:divBdr>
        <w:top w:val="none" w:sz="0" w:space="0" w:color="auto"/>
        <w:left w:val="none" w:sz="0" w:space="0" w:color="auto"/>
        <w:bottom w:val="none" w:sz="0" w:space="0" w:color="auto"/>
        <w:right w:val="none" w:sz="0" w:space="0" w:color="auto"/>
      </w:divBdr>
    </w:div>
    <w:div w:id="2060472766">
      <w:bodyDiv w:val="1"/>
      <w:marLeft w:val="0"/>
      <w:marRight w:val="0"/>
      <w:marTop w:val="0"/>
      <w:marBottom w:val="0"/>
      <w:divBdr>
        <w:top w:val="none" w:sz="0" w:space="0" w:color="auto"/>
        <w:left w:val="none" w:sz="0" w:space="0" w:color="auto"/>
        <w:bottom w:val="none" w:sz="0" w:space="0" w:color="auto"/>
        <w:right w:val="none" w:sz="0" w:space="0" w:color="auto"/>
      </w:divBdr>
    </w:div>
    <w:div w:id="20735819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glossaryDocument" Target="glossary/document.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369D13AE43040DFB0D49460D20D8E1F"/>
        <w:category>
          <w:name w:val="General"/>
          <w:gallery w:val="placeholder"/>
        </w:category>
        <w:types>
          <w:type w:val="bbPlcHdr"/>
        </w:types>
        <w:behaviors>
          <w:behavior w:val="content"/>
        </w:behaviors>
        <w:guid w:val="{98B4E778-6C41-4CF9-BEA6-E1813199754E}"/>
      </w:docPartPr>
      <w:docPartBody>
        <w:p w:rsidR="00000000" w:rsidRDefault="00304642" w:rsidP="00304642">
          <w:pPr>
            <w:pStyle w:val="6369D13AE43040DFB0D49460D20D8E1F"/>
          </w:pPr>
          <w:r>
            <w:rPr>
              <w:rFonts w:asciiTheme="majorHAnsi" w:eastAsiaTheme="majorEastAsia" w:hAnsiTheme="majorHAnsi" w:cstheme="majorBidi"/>
              <w:color w:val="156082" w:themeColor="accent1"/>
              <w:sz w:val="27"/>
              <w:szCs w:val="27"/>
            </w:rPr>
            <w:t>[Document title]</w:t>
          </w:r>
        </w:p>
      </w:docPartBody>
    </w:docPart>
    <w:docPart>
      <w:docPartPr>
        <w:name w:val="D86A9621F1C34F8ABBE87C8F31329A41"/>
        <w:category>
          <w:name w:val="General"/>
          <w:gallery w:val="placeholder"/>
        </w:category>
        <w:types>
          <w:type w:val="bbPlcHdr"/>
        </w:types>
        <w:behaviors>
          <w:behavior w:val="content"/>
        </w:behaviors>
        <w:guid w:val="{D37BD91D-6711-432E-A3D2-54531FC62BA1}"/>
      </w:docPartPr>
      <w:docPartBody>
        <w:p w:rsidR="00000000" w:rsidRDefault="00304642" w:rsidP="00304642">
          <w:pPr>
            <w:pStyle w:val="D86A9621F1C34F8ABBE87C8F31329A41"/>
          </w:pPr>
          <w:r>
            <w:rPr>
              <w:rFonts w:asciiTheme="majorHAnsi" w:eastAsiaTheme="majorEastAsia" w:hAnsiTheme="majorHAnsi" w:cstheme="majorBidi"/>
              <w:color w:val="156082" w:themeColor="accent1"/>
              <w:sz w:val="27"/>
              <w:szCs w:val="27"/>
            </w:rPr>
            <w:t>[Date]</w:t>
          </w:r>
        </w:p>
      </w:docPartBody>
    </w:docPart>
    <w:docPart>
      <w:docPartPr>
        <w:name w:val="173919C747A44D20A4E85AAEE6A4FB56"/>
        <w:category>
          <w:name w:val="General"/>
          <w:gallery w:val="placeholder"/>
        </w:category>
        <w:types>
          <w:type w:val="bbPlcHdr"/>
        </w:types>
        <w:behaviors>
          <w:behavior w:val="content"/>
        </w:behaviors>
        <w:guid w:val="{79FFB4A0-DC59-4FD6-A7E5-211F9C7ABFD0}"/>
      </w:docPartPr>
      <w:docPartBody>
        <w:p w:rsidR="00000000" w:rsidRDefault="00304642" w:rsidP="00304642">
          <w:pPr>
            <w:pStyle w:val="173919C747A44D20A4E85AAEE6A4FB56"/>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E0002A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642"/>
    <w:rsid w:val="00304642"/>
    <w:rsid w:val="00BE2D18"/>
    <w:rsid w:val="00F51D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69D13AE43040DFB0D49460D20D8E1F">
    <w:name w:val="6369D13AE43040DFB0D49460D20D8E1F"/>
    <w:rsid w:val="00304642"/>
  </w:style>
  <w:style w:type="paragraph" w:customStyle="1" w:styleId="D86A9621F1C34F8ABBE87C8F31329A41">
    <w:name w:val="D86A9621F1C34F8ABBE87C8F31329A41"/>
    <w:rsid w:val="00304642"/>
  </w:style>
  <w:style w:type="paragraph" w:customStyle="1" w:styleId="173919C747A44D20A4E85AAEE6A4FB56">
    <w:name w:val="173919C747A44D20A4E85AAEE6A4FB56"/>
    <w:rsid w:val="003046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CI/CD Pipeline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1566</Words>
  <Characters>8927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10473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TATENDA MANYEPA | JANURY 2025.  THIS DOCUMENT IS PART OF A PERSONAL AWS SOLUTIONS ARCHITECT PORTFOLIO PROJECT.</dc:creator>
  <cp:keywords/>
  <dc:description>generated by python-docx</dc:description>
  <cp:lastModifiedBy>Tatenda Manyepa</cp:lastModifiedBy>
  <cp:revision>9</cp:revision>
  <dcterms:created xsi:type="dcterms:W3CDTF">2025-03-14T17:57:00Z</dcterms:created>
  <dcterms:modified xsi:type="dcterms:W3CDTF">2025-03-31T19:50:00Z</dcterms:modified>
  <cp:category/>
</cp:coreProperties>
</file>